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A800" w14:textId="77777777" w:rsidR="00B803EC" w:rsidRDefault="007858D5">
      <w:pPr>
        <w:spacing w:after="0"/>
        <w:jc w:val="center"/>
      </w:pPr>
      <w:r>
        <w:rPr>
          <w:b/>
          <w:color w:val="0B2F63"/>
          <w:sz w:val="36"/>
        </w:rPr>
        <w:t>Employment / Contractor Application</w:t>
      </w:r>
    </w:p>
    <w:p w14:paraId="58ECC42B" w14:textId="77777777" w:rsidR="00B803EC" w:rsidRDefault="007858D5">
      <w:pPr>
        <w:jc w:val="center"/>
      </w:pPr>
      <w:r>
        <w:rPr>
          <w:b/>
          <w:color w:val="237A3B"/>
        </w:rPr>
        <w:t>For Direct Support, Shared Living, Day Services, Community Integration, Vocational, Transportation, Administrative, and Backup Roles</w:t>
      </w:r>
    </w:p>
    <w:tbl>
      <w:tblPr>
        <w:tblW w:w="0" w:type="auto"/>
        <w:jc w:val="center"/>
        <w:tblLook w:val="04A0" w:firstRow="1" w:lastRow="0" w:firstColumn="1" w:lastColumn="0" w:noHBand="0" w:noVBand="1"/>
      </w:tblPr>
      <w:tblGrid>
        <w:gridCol w:w="10774"/>
      </w:tblGrid>
      <w:tr w:rsidR="00B803EC" w14:paraId="280ACCFB" w14:textId="77777777">
        <w:trPr>
          <w:jc w:val="center"/>
        </w:trPr>
        <w:tc>
          <w:tcPr>
            <w:tcW w:w="10800" w:type="dxa"/>
            <w:tcBorders>
              <w:top w:val="single" w:sz="10" w:space="0" w:color="E6A800"/>
              <w:left w:val="single" w:sz="10" w:space="0" w:color="E6A800"/>
              <w:bottom w:val="single" w:sz="10" w:space="0" w:color="E6A800"/>
              <w:right w:val="single" w:sz="10" w:space="0" w:color="E6A800"/>
            </w:tcBorders>
            <w:shd w:val="clear" w:color="auto" w:fill="FFF8DF"/>
          </w:tcPr>
          <w:p w14:paraId="0E2E79FE" w14:textId="77777777" w:rsidR="00B803EC" w:rsidRDefault="007858D5">
            <w:pPr>
              <w:spacing w:after="0"/>
            </w:pPr>
            <w:r>
              <w:rPr>
                <w:b/>
                <w:color w:val="0B2F63"/>
                <w:sz w:val="17"/>
              </w:rPr>
              <w:t xml:space="preserve">Application Stage Notice: </w:t>
            </w:r>
            <w:r>
              <w:rPr>
                <w:sz w:val="17"/>
              </w:rPr>
              <w:t>Do not list diagnoses, disabilities, medications, or medical history on this application. Date of birth, Social Security number, I-9 documents, tax forms, and any post-offer medical or fitness documentation will be collected only after a conditional offer/contract step or when otherwise legally required.</w:t>
            </w:r>
            <w:r>
              <w:rPr>
                <w:b/>
                <w:sz w:val="17"/>
              </w:rPr>
              <w:t xml:space="preserve"> Tax forms: </w:t>
            </w:r>
            <w:r>
              <w:rPr>
                <w:sz w:val="17"/>
              </w:rPr>
              <w:t>Employees complete IRS Form W-4. Shared Living Providers (SLPs) and other independent contractors complete IRS Form W-9 instead. SLPs do not complete a W-4.</w:t>
            </w:r>
          </w:p>
        </w:tc>
      </w:tr>
    </w:tbl>
    <w:p w14:paraId="41668C81" w14:textId="77777777" w:rsidR="00B803EC" w:rsidRDefault="007858D5">
      <w:pPr>
        <w:keepNext/>
        <w:pBdr>
          <w:bottom w:val="single" w:sz="10" w:space="2" w:color="E6A800"/>
        </w:pBdr>
        <w:spacing w:before="140" w:after="60"/>
      </w:pPr>
      <w:r>
        <w:rPr>
          <w:b/>
          <w:color w:val="0B2F63"/>
          <w:sz w:val="26"/>
        </w:rPr>
        <w:t>1. Applicant Information</w:t>
      </w:r>
    </w:p>
    <w:tbl>
      <w:tblPr>
        <w:tblW w:w="0" w:type="auto"/>
        <w:jc w:val="center"/>
        <w:tblLook w:val="04A0" w:firstRow="1" w:lastRow="0" w:firstColumn="1" w:lastColumn="0" w:noHBand="0" w:noVBand="1"/>
      </w:tblPr>
      <w:tblGrid>
        <w:gridCol w:w="1836"/>
        <w:gridCol w:w="3530"/>
        <w:gridCol w:w="1851"/>
        <w:gridCol w:w="3573"/>
      </w:tblGrid>
      <w:tr w:rsidR="00B803EC" w14:paraId="169DBCB4" w14:textId="77777777">
        <w:trPr>
          <w:cantSplit/>
          <w:jc w:val="center"/>
        </w:trPr>
        <w:tc>
          <w:tcPr>
            <w:tcW w:w="1944" w:type="dxa"/>
            <w:tcBorders>
              <w:top w:val="single" w:sz="4" w:space="0" w:color="9BB2C8"/>
              <w:left w:val="single" w:sz="4" w:space="0" w:color="9BB2C8"/>
              <w:bottom w:val="single" w:sz="4" w:space="0" w:color="9BB2C8"/>
              <w:right w:val="single" w:sz="4" w:space="0" w:color="9BB2C8"/>
            </w:tcBorders>
          </w:tcPr>
          <w:p w14:paraId="16290A1B" w14:textId="77777777" w:rsidR="00B803EC" w:rsidRDefault="007858D5">
            <w:r>
              <w:rPr>
                <w:sz w:val="17"/>
              </w:rPr>
              <w:t>Full Legal Name</w:t>
            </w:r>
          </w:p>
        </w:tc>
        <w:tc>
          <w:tcPr>
            <w:tcW w:w="3888" w:type="dxa"/>
            <w:tcBorders>
              <w:top w:val="single" w:sz="4" w:space="0" w:color="9BB2C8"/>
              <w:left w:val="single" w:sz="4" w:space="0" w:color="9BB2C8"/>
              <w:bottom w:val="single" w:sz="4" w:space="0" w:color="9BB2C8"/>
              <w:right w:val="single" w:sz="4" w:space="0" w:color="9BB2C8"/>
            </w:tcBorders>
          </w:tcPr>
          <w:p w14:paraId="3F756E19" w14:textId="77777777" w:rsidR="00B803EC" w:rsidRDefault="00B803EC"/>
        </w:tc>
        <w:tc>
          <w:tcPr>
            <w:tcW w:w="1944" w:type="dxa"/>
            <w:tcBorders>
              <w:top w:val="single" w:sz="4" w:space="0" w:color="9BB2C8"/>
              <w:left w:val="single" w:sz="4" w:space="0" w:color="9BB2C8"/>
              <w:bottom w:val="single" w:sz="4" w:space="0" w:color="9BB2C8"/>
              <w:right w:val="single" w:sz="4" w:space="0" w:color="9BB2C8"/>
            </w:tcBorders>
          </w:tcPr>
          <w:p w14:paraId="170D8914" w14:textId="77777777" w:rsidR="00B803EC" w:rsidRDefault="007858D5">
            <w:r>
              <w:rPr>
                <w:sz w:val="17"/>
              </w:rPr>
              <w:t>Preferred Name</w:t>
            </w:r>
          </w:p>
        </w:tc>
        <w:tc>
          <w:tcPr>
            <w:tcW w:w="3888" w:type="dxa"/>
            <w:tcBorders>
              <w:top w:val="single" w:sz="4" w:space="0" w:color="9BB2C8"/>
              <w:left w:val="single" w:sz="4" w:space="0" w:color="9BB2C8"/>
              <w:bottom w:val="single" w:sz="4" w:space="0" w:color="9BB2C8"/>
              <w:right w:val="single" w:sz="4" w:space="0" w:color="9BB2C8"/>
            </w:tcBorders>
          </w:tcPr>
          <w:p w14:paraId="7D508F7D" w14:textId="77777777" w:rsidR="00B803EC" w:rsidRDefault="00B803EC"/>
        </w:tc>
      </w:tr>
      <w:tr w:rsidR="00B803EC" w14:paraId="5701E222" w14:textId="77777777">
        <w:trPr>
          <w:cantSplit/>
          <w:jc w:val="center"/>
        </w:trPr>
        <w:tc>
          <w:tcPr>
            <w:tcW w:w="1944" w:type="dxa"/>
            <w:tcBorders>
              <w:top w:val="single" w:sz="4" w:space="0" w:color="9BB2C8"/>
              <w:left w:val="single" w:sz="4" w:space="0" w:color="9BB2C8"/>
              <w:bottom w:val="single" w:sz="4" w:space="0" w:color="9BB2C8"/>
              <w:right w:val="single" w:sz="4" w:space="0" w:color="9BB2C8"/>
            </w:tcBorders>
          </w:tcPr>
          <w:p w14:paraId="3C5CF678" w14:textId="77777777" w:rsidR="00B803EC" w:rsidRDefault="007858D5">
            <w:r>
              <w:rPr>
                <w:sz w:val="17"/>
              </w:rPr>
              <w:t>Mailing Address</w:t>
            </w:r>
          </w:p>
        </w:tc>
        <w:tc>
          <w:tcPr>
            <w:tcW w:w="3888" w:type="dxa"/>
            <w:tcBorders>
              <w:top w:val="single" w:sz="4" w:space="0" w:color="9BB2C8"/>
              <w:left w:val="single" w:sz="4" w:space="0" w:color="9BB2C8"/>
              <w:bottom w:val="single" w:sz="4" w:space="0" w:color="9BB2C8"/>
              <w:right w:val="single" w:sz="4" w:space="0" w:color="9BB2C8"/>
            </w:tcBorders>
          </w:tcPr>
          <w:p w14:paraId="55683275" w14:textId="77777777" w:rsidR="00B803EC" w:rsidRDefault="00B803EC"/>
        </w:tc>
        <w:tc>
          <w:tcPr>
            <w:tcW w:w="1944" w:type="dxa"/>
            <w:tcBorders>
              <w:top w:val="single" w:sz="4" w:space="0" w:color="9BB2C8"/>
              <w:left w:val="single" w:sz="4" w:space="0" w:color="9BB2C8"/>
              <w:bottom w:val="single" w:sz="4" w:space="0" w:color="9BB2C8"/>
              <w:right w:val="single" w:sz="4" w:space="0" w:color="9BB2C8"/>
            </w:tcBorders>
          </w:tcPr>
          <w:p w14:paraId="19649CAE" w14:textId="77777777" w:rsidR="00B803EC" w:rsidRDefault="007858D5">
            <w:r>
              <w:rPr>
                <w:sz w:val="17"/>
              </w:rPr>
              <w:t>City / State / ZIP</w:t>
            </w:r>
          </w:p>
        </w:tc>
        <w:tc>
          <w:tcPr>
            <w:tcW w:w="3888" w:type="dxa"/>
            <w:tcBorders>
              <w:top w:val="single" w:sz="4" w:space="0" w:color="9BB2C8"/>
              <w:left w:val="single" w:sz="4" w:space="0" w:color="9BB2C8"/>
              <w:bottom w:val="single" w:sz="4" w:space="0" w:color="9BB2C8"/>
              <w:right w:val="single" w:sz="4" w:space="0" w:color="9BB2C8"/>
            </w:tcBorders>
          </w:tcPr>
          <w:p w14:paraId="43DB8173" w14:textId="77777777" w:rsidR="00B803EC" w:rsidRDefault="00B803EC"/>
        </w:tc>
      </w:tr>
      <w:tr w:rsidR="00B803EC" w14:paraId="142163A0" w14:textId="77777777">
        <w:trPr>
          <w:cantSplit/>
          <w:jc w:val="center"/>
        </w:trPr>
        <w:tc>
          <w:tcPr>
            <w:tcW w:w="1944" w:type="dxa"/>
            <w:tcBorders>
              <w:top w:val="single" w:sz="4" w:space="0" w:color="9BB2C8"/>
              <w:left w:val="single" w:sz="4" w:space="0" w:color="9BB2C8"/>
              <w:bottom w:val="single" w:sz="4" w:space="0" w:color="9BB2C8"/>
              <w:right w:val="single" w:sz="4" w:space="0" w:color="9BB2C8"/>
            </w:tcBorders>
          </w:tcPr>
          <w:p w14:paraId="7E4D0585" w14:textId="77777777" w:rsidR="00B803EC" w:rsidRDefault="007858D5">
            <w:r>
              <w:rPr>
                <w:sz w:val="17"/>
              </w:rPr>
              <w:t>Email</w:t>
            </w:r>
          </w:p>
        </w:tc>
        <w:tc>
          <w:tcPr>
            <w:tcW w:w="3888" w:type="dxa"/>
            <w:tcBorders>
              <w:top w:val="single" w:sz="4" w:space="0" w:color="9BB2C8"/>
              <w:left w:val="single" w:sz="4" w:space="0" w:color="9BB2C8"/>
              <w:bottom w:val="single" w:sz="4" w:space="0" w:color="9BB2C8"/>
              <w:right w:val="single" w:sz="4" w:space="0" w:color="9BB2C8"/>
            </w:tcBorders>
          </w:tcPr>
          <w:p w14:paraId="6BD9B0FB" w14:textId="77777777" w:rsidR="00B803EC" w:rsidRDefault="00B803EC"/>
        </w:tc>
        <w:tc>
          <w:tcPr>
            <w:tcW w:w="1944" w:type="dxa"/>
            <w:tcBorders>
              <w:top w:val="single" w:sz="4" w:space="0" w:color="9BB2C8"/>
              <w:left w:val="single" w:sz="4" w:space="0" w:color="9BB2C8"/>
              <w:bottom w:val="single" w:sz="4" w:space="0" w:color="9BB2C8"/>
              <w:right w:val="single" w:sz="4" w:space="0" w:color="9BB2C8"/>
            </w:tcBorders>
          </w:tcPr>
          <w:p w14:paraId="19677C28" w14:textId="77777777" w:rsidR="00B803EC" w:rsidRDefault="007858D5">
            <w:r>
              <w:rPr>
                <w:sz w:val="17"/>
              </w:rPr>
              <w:t>Primary Phone</w:t>
            </w:r>
          </w:p>
        </w:tc>
        <w:tc>
          <w:tcPr>
            <w:tcW w:w="3888" w:type="dxa"/>
            <w:tcBorders>
              <w:top w:val="single" w:sz="4" w:space="0" w:color="9BB2C8"/>
              <w:left w:val="single" w:sz="4" w:space="0" w:color="9BB2C8"/>
              <w:bottom w:val="single" w:sz="4" w:space="0" w:color="9BB2C8"/>
              <w:right w:val="single" w:sz="4" w:space="0" w:color="9BB2C8"/>
            </w:tcBorders>
          </w:tcPr>
          <w:p w14:paraId="3212BE75" w14:textId="77777777" w:rsidR="00B803EC" w:rsidRDefault="00B803EC"/>
        </w:tc>
      </w:tr>
      <w:tr w:rsidR="00B803EC" w14:paraId="7B8FB75D" w14:textId="77777777">
        <w:trPr>
          <w:cantSplit/>
          <w:jc w:val="center"/>
        </w:trPr>
        <w:tc>
          <w:tcPr>
            <w:tcW w:w="1944" w:type="dxa"/>
            <w:tcBorders>
              <w:top w:val="single" w:sz="4" w:space="0" w:color="9BB2C8"/>
              <w:left w:val="single" w:sz="4" w:space="0" w:color="9BB2C8"/>
              <w:bottom w:val="single" w:sz="4" w:space="0" w:color="9BB2C8"/>
              <w:right w:val="single" w:sz="4" w:space="0" w:color="9BB2C8"/>
            </w:tcBorders>
          </w:tcPr>
          <w:p w14:paraId="5FF7B1C9" w14:textId="77777777" w:rsidR="00B803EC" w:rsidRDefault="007858D5">
            <w:r>
              <w:rPr>
                <w:sz w:val="17"/>
              </w:rPr>
              <w:t>Alternate Phone</w:t>
            </w:r>
          </w:p>
        </w:tc>
        <w:tc>
          <w:tcPr>
            <w:tcW w:w="3888" w:type="dxa"/>
            <w:tcBorders>
              <w:top w:val="single" w:sz="4" w:space="0" w:color="9BB2C8"/>
              <w:left w:val="single" w:sz="4" w:space="0" w:color="9BB2C8"/>
              <w:bottom w:val="single" w:sz="4" w:space="0" w:color="9BB2C8"/>
              <w:right w:val="single" w:sz="4" w:space="0" w:color="9BB2C8"/>
            </w:tcBorders>
          </w:tcPr>
          <w:p w14:paraId="3C6C62DB" w14:textId="77777777" w:rsidR="00B803EC" w:rsidRDefault="00B803EC"/>
        </w:tc>
        <w:tc>
          <w:tcPr>
            <w:tcW w:w="1944" w:type="dxa"/>
            <w:tcBorders>
              <w:top w:val="single" w:sz="4" w:space="0" w:color="9BB2C8"/>
              <w:left w:val="single" w:sz="4" w:space="0" w:color="9BB2C8"/>
              <w:bottom w:val="single" w:sz="4" w:space="0" w:color="9BB2C8"/>
              <w:right w:val="single" w:sz="4" w:space="0" w:color="9BB2C8"/>
            </w:tcBorders>
          </w:tcPr>
          <w:p w14:paraId="2519488C" w14:textId="77777777" w:rsidR="00B803EC" w:rsidRDefault="007858D5">
            <w:r>
              <w:rPr>
                <w:sz w:val="17"/>
              </w:rPr>
              <w:t>Best Contact Method</w:t>
            </w:r>
          </w:p>
        </w:tc>
        <w:tc>
          <w:tcPr>
            <w:tcW w:w="3888" w:type="dxa"/>
            <w:tcBorders>
              <w:top w:val="single" w:sz="4" w:space="0" w:color="9BB2C8"/>
              <w:left w:val="single" w:sz="4" w:space="0" w:color="9BB2C8"/>
              <w:bottom w:val="single" w:sz="4" w:space="0" w:color="9BB2C8"/>
              <w:right w:val="single" w:sz="4" w:space="0" w:color="9BB2C8"/>
            </w:tcBorders>
          </w:tcPr>
          <w:p w14:paraId="5600E64B" w14:textId="77777777" w:rsidR="00B803EC" w:rsidRDefault="007858D5">
            <w:r>
              <w:rPr>
                <w:sz w:val="17"/>
              </w:rPr>
              <w:t>☐</w:t>
            </w:r>
            <w:r>
              <w:rPr>
                <w:sz w:val="17"/>
              </w:rPr>
              <w:t xml:space="preserve"> Phone  ☐ Text  ☐ Email</w:t>
            </w:r>
          </w:p>
        </w:tc>
      </w:tr>
      <w:tr w:rsidR="00B803EC" w14:paraId="119857F4" w14:textId="77777777">
        <w:trPr>
          <w:cantSplit/>
          <w:jc w:val="center"/>
        </w:trPr>
        <w:tc>
          <w:tcPr>
            <w:tcW w:w="1944" w:type="dxa"/>
            <w:tcBorders>
              <w:top w:val="single" w:sz="4" w:space="0" w:color="9BB2C8"/>
              <w:left w:val="single" w:sz="4" w:space="0" w:color="9BB2C8"/>
              <w:bottom w:val="single" w:sz="4" w:space="0" w:color="9BB2C8"/>
              <w:right w:val="single" w:sz="4" w:space="0" w:color="9BB2C8"/>
            </w:tcBorders>
          </w:tcPr>
          <w:p w14:paraId="537A6F1C" w14:textId="77777777" w:rsidR="00B803EC" w:rsidRDefault="007858D5">
            <w:r>
              <w:rPr>
                <w:sz w:val="17"/>
              </w:rPr>
              <w:t>Position Applying For</w:t>
            </w:r>
          </w:p>
        </w:tc>
        <w:tc>
          <w:tcPr>
            <w:tcW w:w="9720" w:type="dxa"/>
            <w:gridSpan w:val="3"/>
            <w:tcBorders>
              <w:top w:val="single" w:sz="4" w:space="0" w:color="9BB2C8"/>
              <w:left w:val="single" w:sz="4" w:space="0" w:color="9BB2C8"/>
              <w:bottom w:val="single" w:sz="4" w:space="0" w:color="9BB2C8"/>
              <w:right w:val="single" w:sz="4" w:space="0" w:color="9BB2C8"/>
            </w:tcBorders>
          </w:tcPr>
          <w:p w14:paraId="1B05569F" w14:textId="77777777" w:rsidR="00B803EC" w:rsidRDefault="007858D5">
            <w:r>
              <w:rPr>
                <w:sz w:val="17"/>
              </w:rPr>
              <w:t>☐</w:t>
            </w:r>
            <w:r>
              <w:rPr>
                <w:sz w:val="17"/>
              </w:rPr>
              <w:t xml:space="preserve"> DSP / Direct Support  ☐ SLP / Shared Living Provider  ☐ Day Services / Community Integration  ☐ Vocational / VR  ☐ Transportation  ☐ Administrative / Office  ☐ Backup / Relief  ☐ Other: ______________________</w:t>
            </w:r>
          </w:p>
          <w:p w14:paraId="36D8D63F" w14:textId="77777777" w:rsidR="00B803EC" w:rsidRDefault="007858D5">
            <w:r>
              <w:rPr>
                <w:sz w:val="17"/>
              </w:rPr>
              <w:t>Date Available</w:t>
            </w:r>
          </w:p>
          <w:p w14:paraId="37A0097A" w14:textId="77777777" w:rsidR="00B803EC" w:rsidRDefault="00B803EC"/>
        </w:tc>
      </w:tr>
    </w:tbl>
    <w:p w14:paraId="1C72DBD2" w14:textId="77777777" w:rsidR="00B803EC" w:rsidRDefault="007858D5">
      <w:pPr>
        <w:spacing w:after="60"/>
      </w:pPr>
      <w:r>
        <w:rPr>
          <w:b/>
          <w:color w:val="0B2F63"/>
          <w:sz w:val="17"/>
        </w:rPr>
        <w:t xml:space="preserve">How did you hear about APM? </w:t>
      </w:r>
      <w:r>
        <w:rPr>
          <w:sz w:val="17"/>
        </w:rPr>
        <w:t>☐</w:t>
      </w:r>
      <w:r>
        <w:rPr>
          <w:sz w:val="17"/>
        </w:rPr>
        <w:t xml:space="preserve"> Friend/Family  ☐ Current Staff/Provider  ☐ Social Media  ☐ Service Coordinator/Agency  ☐ Job Posting  ☐ Other: ______________________</w:t>
      </w:r>
    </w:p>
    <w:p w14:paraId="7D67D942" w14:textId="77777777" w:rsidR="00B803EC" w:rsidRDefault="007858D5">
      <w:pPr>
        <w:keepNext/>
        <w:pBdr>
          <w:bottom w:val="single" w:sz="10" w:space="2" w:color="E6A800"/>
        </w:pBdr>
        <w:spacing w:before="140" w:after="60"/>
      </w:pPr>
      <w:r>
        <w:rPr>
          <w:b/>
          <w:color w:val="0B2F63"/>
          <w:sz w:val="26"/>
        </w:rPr>
        <w:t>2. Work Authorization and Prior APM Relationship</w:t>
      </w:r>
    </w:p>
    <w:tbl>
      <w:tblPr>
        <w:tblW w:w="0" w:type="auto"/>
        <w:jc w:val="center"/>
        <w:tblLook w:val="04A0" w:firstRow="1" w:lastRow="0" w:firstColumn="1" w:lastColumn="0" w:noHBand="0" w:noVBand="1"/>
      </w:tblPr>
      <w:tblGrid>
        <w:gridCol w:w="4135"/>
        <w:gridCol w:w="6655"/>
      </w:tblGrid>
      <w:tr w:rsidR="00B803EC" w14:paraId="30FF63D3" w14:textId="77777777">
        <w:trPr>
          <w:cantSplit/>
          <w:jc w:val="center"/>
        </w:trPr>
        <w:tc>
          <w:tcPr>
            <w:tcW w:w="4392" w:type="dxa"/>
            <w:tcBorders>
              <w:top w:val="single" w:sz="4" w:space="0" w:color="9BB2C8"/>
              <w:left w:val="single" w:sz="4" w:space="0" w:color="9BB2C8"/>
              <w:bottom w:val="single" w:sz="4" w:space="0" w:color="9BB2C8"/>
              <w:right w:val="single" w:sz="4" w:space="0" w:color="9BB2C8"/>
            </w:tcBorders>
          </w:tcPr>
          <w:p w14:paraId="1406AE3E" w14:textId="77777777" w:rsidR="00B803EC" w:rsidRDefault="007858D5">
            <w:r>
              <w:rPr>
                <w:sz w:val="17"/>
              </w:rPr>
              <w:t>Are you legally authorized to work in the United States?</w:t>
            </w:r>
          </w:p>
        </w:tc>
        <w:tc>
          <w:tcPr>
            <w:tcW w:w="6840" w:type="dxa"/>
            <w:tcBorders>
              <w:top w:val="single" w:sz="4" w:space="0" w:color="9BB2C8"/>
              <w:left w:val="single" w:sz="4" w:space="0" w:color="9BB2C8"/>
              <w:bottom w:val="single" w:sz="4" w:space="0" w:color="9BB2C8"/>
              <w:right w:val="single" w:sz="4" w:space="0" w:color="9BB2C8"/>
            </w:tcBorders>
          </w:tcPr>
          <w:p w14:paraId="5F573E56" w14:textId="77777777" w:rsidR="00B803EC" w:rsidRDefault="007858D5">
            <w:r>
              <w:rPr>
                <w:sz w:val="17"/>
              </w:rPr>
              <w:t>☐</w:t>
            </w:r>
            <w:r>
              <w:rPr>
                <w:sz w:val="17"/>
              </w:rPr>
              <w:t xml:space="preserve"> Yes  ☐ No</w:t>
            </w:r>
          </w:p>
        </w:tc>
      </w:tr>
      <w:tr w:rsidR="00B803EC" w14:paraId="1F25DB9F" w14:textId="77777777">
        <w:trPr>
          <w:cantSplit/>
          <w:jc w:val="center"/>
        </w:trPr>
        <w:tc>
          <w:tcPr>
            <w:tcW w:w="4392" w:type="dxa"/>
            <w:tcBorders>
              <w:top w:val="single" w:sz="4" w:space="0" w:color="9BB2C8"/>
              <w:left w:val="single" w:sz="4" w:space="0" w:color="9BB2C8"/>
              <w:bottom w:val="single" w:sz="4" w:space="0" w:color="9BB2C8"/>
              <w:right w:val="single" w:sz="4" w:space="0" w:color="9BB2C8"/>
            </w:tcBorders>
          </w:tcPr>
          <w:p w14:paraId="50A575C9" w14:textId="77777777" w:rsidR="00B803EC" w:rsidRDefault="007858D5">
            <w:r>
              <w:rPr>
                <w:sz w:val="17"/>
              </w:rPr>
              <w:t>Will you now or in the future require employment sponsorship?</w:t>
            </w:r>
          </w:p>
        </w:tc>
        <w:tc>
          <w:tcPr>
            <w:tcW w:w="6840" w:type="dxa"/>
            <w:tcBorders>
              <w:top w:val="single" w:sz="4" w:space="0" w:color="9BB2C8"/>
              <w:left w:val="single" w:sz="4" w:space="0" w:color="9BB2C8"/>
              <w:bottom w:val="single" w:sz="4" w:space="0" w:color="9BB2C8"/>
              <w:right w:val="single" w:sz="4" w:space="0" w:color="9BB2C8"/>
            </w:tcBorders>
          </w:tcPr>
          <w:p w14:paraId="76A47B94" w14:textId="77777777" w:rsidR="00B803EC" w:rsidRDefault="007858D5">
            <w:r>
              <w:rPr>
                <w:sz w:val="17"/>
              </w:rPr>
              <w:t>☐</w:t>
            </w:r>
            <w:r>
              <w:rPr>
                <w:sz w:val="17"/>
              </w:rPr>
              <w:t xml:space="preserve"> Yes  ☐ No  ☐ Not applicable</w:t>
            </w:r>
          </w:p>
        </w:tc>
      </w:tr>
      <w:tr w:rsidR="00B803EC" w14:paraId="79DD12AE" w14:textId="77777777">
        <w:trPr>
          <w:cantSplit/>
          <w:jc w:val="center"/>
        </w:trPr>
        <w:tc>
          <w:tcPr>
            <w:tcW w:w="4392" w:type="dxa"/>
            <w:tcBorders>
              <w:top w:val="single" w:sz="4" w:space="0" w:color="9BB2C8"/>
              <w:left w:val="single" w:sz="4" w:space="0" w:color="9BB2C8"/>
              <w:bottom w:val="single" w:sz="4" w:space="0" w:color="9BB2C8"/>
              <w:right w:val="single" w:sz="4" w:space="0" w:color="9BB2C8"/>
            </w:tcBorders>
          </w:tcPr>
          <w:p w14:paraId="0A672A2C" w14:textId="77777777" w:rsidR="00B803EC" w:rsidRDefault="007858D5">
            <w:r>
              <w:rPr>
                <w:sz w:val="17"/>
              </w:rPr>
              <w:t>Have you ever worked for, contracted with, volunteered with, or provided services through APM?</w:t>
            </w:r>
          </w:p>
        </w:tc>
        <w:tc>
          <w:tcPr>
            <w:tcW w:w="6840" w:type="dxa"/>
            <w:tcBorders>
              <w:top w:val="single" w:sz="4" w:space="0" w:color="9BB2C8"/>
              <w:left w:val="single" w:sz="4" w:space="0" w:color="9BB2C8"/>
              <w:bottom w:val="single" w:sz="4" w:space="0" w:color="9BB2C8"/>
              <w:right w:val="single" w:sz="4" w:space="0" w:color="9BB2C8"/>
            </w:tcBorders>
          </w:tcPr>
          <w:p w14:paraId="32C9916F" w14:textId="77777777" w:rsidR="00B803EC" w:rsidRDefault="007858D5">
            <w:r>
              <w:rPr>
                <w:sz w:val="17"/>
              </w:rPr>
              <w:t>☐</w:t>
            </w:r>
            <w:r>
              <w:rPr>
                <w:sz w:val="17"/>
              </w:rPr>
              <w:t xml:space="preserve"> Yes  ☐ No   If yes, dates/role: ______________________________________________</w:t>
            </w:r>
          </w:p>
        </w:tc>
      </w:tr>
      <w:tr w:rsidR="00B803EC" w14:paraId="07DD9C56" w14:textId="77777777">
        <w:trPr>
          <w:cantSplit/>
          <w:jc w:val="center"/>
        </w:trPr>
        <w:tc>
          <w:tcPr>
            <w:tcW w:w="4392" w:type="dxa"/>
            <w:tcBorders>
              <w:top w:val="single" w:sz="4" w:space="0" w:color="9BB2C8"/>
              <w:left w:val="single" w:sz="4" w:space="0" w:color="9BB2C8"/>
              <w:bottom w:val="single" w:sz="4" w:space="0" w:color="9BB2C8"/>
              <w:right w:val="single" w:sz="4" w:space="0" w:color="9BB2C8"/>
            </w:tcBorders>
          </w:tcPr>
          <w:p w14:paraId="3122A8BB" w14:textId="77777777" w:rsidR="00B803EC" w:rsidRDefault="007858D5">
            <w:r>
              <w:rPr>
                <w:sz w:val="17"/>
              </w:rPr>
              <w:t>Are you applying as a potential employee, independent contractor, or both?</w:t>
            </w:r>
          </w:p>
        </w:tc>
        <w:tc>
          <w:tcPr>
            <w:tcW w:w="6840" w:type="dxa"/>
            <w:tcBorders>
              <w:top w:val="single" w:sz="4" w:space="0" w:color="9BB2C8"/>
              <w:left w:val="single" w:sz="4" w:space="0" w:color="9BB2C8"/>
              <w:bottom w:val="single" w:sz="4" w:space="0" w:color="9BB2C8"/>
              <w:right w:val="single" w:sz="4" w:space="0" w:color="9BB2C8"/>
            </w:tcBorders>
          </w:tcPr>
          <w:p w14:paraId="19AFC9CE" w14:textId="77777777" w:rsidR="00B803EC" w:rsidRDefault="007858D5">
            <w:r>
              <w:rPr>
                <w:sz w:val="17"/>
              </w:rPr>
              <w:t>☐</w:t>
            </w:r>
            <w:r>
              <w:rPr>
                <w:sz w:val="17"/>
              </w:rPr>
              <w:t xml:space="preserve"> Employee  ☐ Independent Contractor  ☐ Either / To be determined by APM and role requirements</w:t>
            </w:r>
          </w:p>
        </w:tc>
      </w:tr>
      <w:tr w:rsidR="00B803EC" w14:paraId="6CA4215C" w14:textId="77777777">
        <w:trPr>
          <w:jc w:val="center"/>
        </w:trPr>
        <w:tc>
          <w:tcPr>
            <w:tcW w:w="10800" w:type="dxa"/>
            <w:gridSpan w:val="2"/>
            <w:tcBorders>
              <w:top w:val="single" w:sz="10" w:space="0" w:color="0B2F63"/>
              <w:left w:val="single" w:sz="10" w:space="0" w:color="0B2F63"/>
              <w:bottom w:val="single" w:sz="10" w:space="0" w:color="0B2F63"/>
              <w:right w:val="single" w:sz="10" w:space="0" w:color="0B2F63"/>
            </w:tcBorders>
            <w:shd w:val="clear" w:color="auto" w:fill="EAF1F8"/>
          </w:tcPr>
          <w:p w14:paraId="5BC34111" w14:textId="77777777" w:rsidR="00B803EC" w:rsidRDefault="007858D5">
            <w:pPr>
              <w:spacing w:after="0"/>
            </w:pPr>
            <w:r>
              <w:rPr>
                <w:b/>
                <w:color w:val="0B2F63"/>
                <w:sz w:val="17"/>
              </w:rPr>
              <w:t xml:space="preserve">Classification Notice: </w:t>
            </w:r>
            <w:r>
              <w:rPr>
                <w:sz w:val="17"/>
              </w:rPr>
              <w:t>This application begins the screening process only. Employee versus independent-contractor classification will be determined separately based on the role, duties, level of control, contract terms, and applicable law.</w:t>
            </w:r>
            <w:r>
              <w:rPr>
                <w:sz w:val="17"/>
              </w:rPr>
              <w:t xml:space="preserve"> Shared Living Providers (SLPs) are engaged as independent contractors under a written provider agreement.</w:t>
            </w:r>
          </w:p>
        </w:tc>
      </w:tr>
    </w:tbl>
    <w:p w14:paraId="6FA0ADBF" w14:textId="77777777" w:rsidR="00B803EC" w:rsidRDefault="007858D5">
      <w:pPr>
        <w:keepNext/>
        <w:pBdr>
          <w:bottom w:val="single" w:sz="10" w:space="2" w:color="E6A800"/>
        </w:pBdr>
        <w:spacing w:before="140" w:after="60"/>
      </w:pPr>
      <w:r>
        <w:rPr>
          <w:b/>
          <w:color w:val="0B2F63"/>
          <w:sz w:val="26"/>
        </w:rPr>
        <w:t>3. Availability, Transportation, and Service Area</w:t>
      </w:r>
    </w:p>
    <w:tbl>
      <w:tblPr>
        <w:tblW w:w="0" w:type="auto"/>
        <w:jc w:val="center"/>
        <w:tblLook w:val="04A0" w:firstRow="1" w:lastRow="0" w:firstColumn="1" w:lastColumn="0" w:noHBand="0" w:noVBand="1"/>
      </w:tblPr>
      <w:tblGrid>
        <w:gridCol w:w="3010"/>
        <w:gridCol w:w="7780"/>
      </w:tblGrid>
      <w:tr w:rsidR="00B803EC" w14:paraId="7CAF632B"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023664D0" w14:textId="77777777" w:rsidR="00B803EC" w:rsidRDefault="007858D5">
            <w:r>
              <w:rPr>
                <w:sz w:val="17"/>
              </w:rPr>
              <w:t>Availability</w:t>
            </w:r>
          </w:p>
        </w:tc>
        <w:tc>
          <w:tcPr>
            <w:tcW w:w="6912" w:type="dxa"/>
            <w:tcBorders>
              <w:top w:val="single" w:sz="4" w:space="0" w:color="9BB2C8"/>
              <w:left w:val="single" w:sz="4" w:space="0" w:color="9BB2C8"/>
              <w:bottom w:val="single" w:sz="4" w:space="0" w:color="9BB2C8"/>
              <w:right w:val="single" w:sz="4" w:space="0" w:color="9BB2C8"/>
            </w:tcBorders>
          </w:tcPr>
          <w:p w14:paraId="7BC62CBE" w14:textId="77777777" w:rsidR="00B803EC" w:rsidRDefault="007858D5">
            <w:r>
              <w:rPr>
                <w:sz w:val="17"/>
              </w:rPr>
              <w:t>☐</w:t>
            </w:r>
            <w:r>
              <w:rPr>
                <w:sz w:val="17"/>
              </w:rPr>
              <w:t xml:space="preserve"> Full-time  ☐ Part-time  ☐ PRN / Relief  ☐ Contractor assignment  ☐ Weekends  ☐ Evenings  ☐ Overnights</w:t>
            </w:r>
          </w:p>
        </w:tc>
      </w:tr>
      <w:tr w:rsidR="00B803EC" w14:paraId="41E09B23"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6F7C59FC" w14:textId="77777777" w:rsidR="00B803EC" w:rsidRDefault="007858D5">
            <w:r>
              <w:rPr>
                <w:sz w:val="17"/>
              </w:rPr>
              <w:lastRenderedPageBreak/>
              <w:t>Preferred / Available Days</w:t>
            </w:r>
          </w:p>
        </w:tc>
        <w:tc>
          <w:tcPr>
            <w:tcW w:w="6912" w:type="dxa"/>
            <w:tcBorders>
              <w:top w:val="single" w:sz="4" w:space="0" w:color="9BB2C8"/>
              <w:left w:val="single" w:sz="4" w:space="0" w:color="9BB2C8"/>
              <w:bottom w:val="single" w:sz="4" w:space="0" w:color="9BB2C8"/>
              <w:right w:val="single" w:sz="4" w:space="0" w:color="9BB2C8"/>
            </w:tcBorders>
          </w:tcPr>
          <w:p w14:paraId="10951202" w14:textId="77777777" w:rsidR="00B803EC" w:rsidRDefault="007858D5">
            <w:r>
              <w:rPr>
                <w:sz w:val="17"/>
              </w:rPr>
              <w:t>☐</w:t>
            </w:r>
            <w:r>
              <w:rPr>
                <w:sz w:val="17"/>
              </w:rPr>
              <w:t xml:space="preserve"> Mon  ☐ Tue  ☐ Wed  ☐ Thu  ☐ Fri  ☐ Sat  ☐ Sun     Preferred hours: ______________________________</w:t>
            </w:r>
          </w:p>
        </w:tc>
      </w:tr>
      <w:tr w:rsidR="00B803EC" w14:paraId="4DC35C71"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60AC6155" w14:textId="77777777" w:rsidR="00B803EC" w:rsidRDefault="007858D5">
            <w:r>
              <w:rPr>
                <w:sz w:val="17"/>
              </w:rPr>
              <w:t>Service Area / Location Preferences</w:t>
            </w:r>
          </w:p>
        </w:tc>
        <w:tc>
          <w:tcPr>
            <w:tcW w:w="6912" w:type="dxa"/>
            <w:tcBorders>
              <w:top w:val="single" w:sz="4" w:space="0" w:color="9BB2C8"/>
              <w:left w:val="single" w:sz="4" w:space="0" w:color="9BB2C8"/>
              <w:bottom w:val="single" w:sz="4" w:space="0" w:color="9BB2C8"/>
              <w:right w:val="single" w:sz="4" w:space="0" w:color="9BB2C8"/>
            </w:tcBorders>
          </w:tcPr>
          <w:p w14:paraId="501EEEFE" w14:textId="77777777" w:rsidR="00B803EC" w:rsidRDefault="007858D5">
            <w:r>
              <w:rPr>
                <w:sz w:val="17"/>
              </w:rPr>
              <w:t>________________________________________________________________________________</w:t>
            </w:r>
          </w:p>
        </w:tc>
      </w:tr>
      <w:tr w:rsidR="00B803EC" w14:paraId="70606A3A"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5ABE308B" w14:textId="77777777" w:rsidR="00B803EC" w:rsidRDefault="007858D5">
            <w:r>
              <w:rPr>
                <w:sz w:val="17"/>
              </w:rPr>
              <w:t>Are you applying for a role that may require driving participants or agency-related transportation?</w:t>
            </w:r>
          </w:p>
        </w:tc>
        <w:tc>
          <w:tcPr>
            <w:tcW w:w="6912" w:type="dxa"/>
            <w:tcBorders>
              <w:top w:val="single" w:sz="4" w:space="0" w:color="9BB2C8"/>
              <w:left w:val="single" w:sz="4" w:space="0" w:color="9BB2C8"/>
              <w:bottom w:val="single" w:sz="4" w:space="0" w:color="9BB2C8"/>
              <w:right w:val="single" w:sz="4" w:space="0" w:color="9BB2C8"/>
            </w:tcBorders>
          </w:tcPr>
          <w:p w14:paraId="4D592800" w14:textId="77777777" w:rsidR="00B803EC" w:rsidRDefault="007858D5">
            <w:r>
              <w:rPr>
                <w:sz w:val="17"/>
              </w:rPr>
              <w:t>☐</w:t>
            </w:r>
            <w:r>
              <w:rPr>
                <w:sz w:val="17"/>
              </w:rPr>
              <w:t xml:space="preserve"> Yes  ☐ No  ☐ Unsure / depends on assignment</w:t>
            </w:r>
          </w:p>
        </w:tc>
      </w:tr>
      <w:tr w:rsidR="00B803EC" w14:paraId="7E1CF33F"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3DD8384B" w14:textId="77777777" w:rsidR="00B803EC" w:rsidRDefault="007858D5">
            <w:r>
              <w:rPr>
                <w:sz w:val="17"/>
              </w:rPr>
              <w:t>For driving roles only: valid driver license, reliable vehicle, and insurance available for review after role match?</w:t>
            </w:r>
          </w:p>
        </w:tc>
        <w:tc>
          <w:tcPr>
            <w:tcW w:w="6912" w:type="dxa"/>
            <w:tcBorders>
              <w:top w:val="single" w:sz="4" w:space="0" w:color="9BB2C8"/>
              <w:left w:val="single" w:sz="4" w:space="0" w:color="9BB2C8"/>
              <w:bottom w:val="single" w:sz="4" w:space="0" w:color="9BB2C8"/>
              <w:right w:val="single" w:sz="4" w:space="0" w:color="9BB2C8"/>
            </w:tcBorders>
          </w:tcPr>
          <w:p w14:paraId="2AF46D97" w14:textId="77777777" w:rsidR="00B803EC" w:rsidRDefault="007858D5">
            <w:r>
              <w:rPr>
                <w:sz w:val="17"/>
              </w:rPr>
              <w:t>☐</w:t>
            </w:r>
            <w:r>
              <w:rPr>
                <w:sz w:val="17"/>
              </w:rPr>
              <w:t xml:space="preserve"> Yes  ☐ No  ☐ Not applicable</w:t>
            </w:r>
          </w:p>
        </w:tc>
      </w:tr>
    </w:tbl>
    <w:p w14:paraId="37ACBD56" w14:textId="77777777" w:rsidR="00B803EC" w:rsidRDefault="007858D5">
      <w:pPr>
        <w:keepNext/>
        <w:pBdr>
          <w:bottom w:val="single" w:sz="10" w:space="2" w:color="E6A800"/>
        </w:pBdr>
        <w:spacing w:before="140" w:after="60"/>
      </w:pPr>
      <w:r>
        <w:rPr>
          <w:b/>
          <w:color w:val="0B2F63"/>
          <w:sz w:val="26"/>
        </w:rPr>
        <w:t>4. Role-Specific Essential Functions and Safety-Sensitive Duties</w:t>
      </w:r>
    </w:p>
    <w:p w14:paraId="78E8530C" w14:textId="77777777" w:rsidR="00B803EC" w:rsidRDefault="007858D5">
      <w:pPr>
        <w:spacing w:after="60"/>
      </w:pPr>
      <w:r>
        <w:rPr>
          <w:sz w:val="17"/>
        </w:rPr>
        <w:t>The position may require some or all of the functions below depending on the role, service setting, participant plan, and assignment. APM reviews each role and assignment individually.</w:t>
      </w:r>
    </w:p>
    <w:tbl>
      <w:tblPr>
        <w:tblW w:w="0" w:type="auto"/>
        <w:jc w:val="center"/>
        <w:tblLook w:val="04A0" w:firstRow="1" w:lastRow="0" w:firstColumn="1" w:lastColumn="0" w:noHBand="0" w:noVBand="1"/>
      </w:tblPr>
      <w:tblGrid>
        <w:gridCol w:w="927"/>
        <w:gridCol w:w="9863"/>
      </w:tblGrid>
      <w:tr w:rsidR="00B803EC" w14:paraId="1C0F0E83"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shd w:val="clear" w:color="auto" w:fill="EAF1F8"/>
          </w:tcPr>
          <w:p w14:paraId="03C6E627" w14:textId="77777777" w:rsidR="00B803EC" w:rsidRDefault="007858D5">
            <w:pPr>
              <w:jc w:val="center"/>
            </w:pPr>
            <w:r>
              <w:rPr>
                <w:b/>
                <w:color w:val="0B2F63"/>
                <w:sz w:val="16"/>
              </w:rPr>
              <w:t>Review</w:t>
            </w:r>
          </w:p>
        </w:tc>
        <w:tc>
          <w:tcPr>
            <w:tcW w:w="10296" w:type="dxa"/>
            <w:tcBorders>
              <w:top w:val="single" w:sz="4" w:space="0" w:color="9BB2C8"/>
              <w:left w:val="single" w:sz="4" w:space="0" w:color="9BB2C8"/>
              <w:bottom w:val="single" w:sz="4" w:space="0" w:color="9BB2C8"/>
              <w:right w:val="single" w:sz="4" w:space="0" w:color="9BB2C8"/>
            </w:tcBorders>
            <w:shd w:val="clear" w:color="auto" w:fill="EAF1F8"/>
          </w:tcPr>
          <w:p w14:paraId="00782423" w14:textId="77777777" w:rsidR="00B803EC" w:rsidRDefault="007858D5">
            <w:pPr>
              <w:jc w:val="center"/>
            </w:pPr>
            <w:r>
              <w:rPr>
                <w:b/>
                <w:color w:val="0B2F63"/>
                <w:sz w:val="16"/>
              </w:rPr>
              <w:t>Potential Essential Function / Duty</w:t>
            </w:r>
          </w:p>
        </w:tc>
      </w:tr>
      <w:tr w:rsidR="00B803EC" w14:paraId="7581A536"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08AC691F"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59498BB6" w14:textId="77777777" w:rsidR="00B803EC" w:rsidRDefault="007858D5">
            <w:r>
              <w:rPr>
                <w:sz w:val="16"/>
              </w:rPr>
              <w:t>Provide person-centered support, supervision, prompts, skill-building, and respectful communication with participants.</w:t>
            </w:r>
          </w:p>
        </w:tc>
      </w:tr>
      <w:tr w:rsidR="00B803EC" w14:paraId="705B1C42"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09ABF3EB"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24B9360B" w14:textId="77777777" w:rsidR="00B803EC" w:rsidRDefault="007858D5">
            <w:r>
              <w:rPr>
                <w:sz w:val="16"/>
              </w:rPr>
              <w:t>Assist with activities of daily living, personal care routines, community access, meals, hygiene, or health-maintenance tasks when assigned and trained.</w:t>
            </w:r>
          </w:p>
        </w:tc>
      </w:tr>
      <w:tr w:rsidR="00B803EC" w14:paraId="11664C78"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72580F21"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37494845" w14:textId="77777777" w:rsidR="00B803EC" w:rsidRDefault="007858D5">
            <w:r>
              <w:rPr>
                <w:sz w:val="16"/>
              </w:rPr>
              <w:t>Assist with mobility, transfers, positioning, transportation, evacuation, and other physical-assistance tasks when assigned and trained.</w:t>
            </w:r>
          </w:p>
        </w:tc>
      </w:tr>
      <w:tr w:rsidR="00B803EC" w14:paraId="265E3679"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1C90636C"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6A42F92E" w14:textId="77777777" w:rsidR="00B803EC" w:rsidRDefault="007858D5">
            <w:r>
              <w:rPr>
                <w:sz w:val="16"/>
              </w:rPr>
              <w:t>Use verbal de-escalation, crisis prevention, trauma-informed support, and approved safety procedures.</w:t>
            </w:r>
          </w:p>
        </w:tc>
      </w:tr>
      <w:tr w:rsidR="00B803EC" w14:paraId="48219D43"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075C94DB"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05C74152" w14:textId="77777777" w:rsidR="00B803EC" w:rsidRDefault="007858D5">
            <w:r>
              <w:rPr>
                <w:sz w:val="16"/>
              </w:rPr>
              <w:t>Complete and maintain MANDT or equivalent de-escalation/safety training when required for the role or assignment.</w:t>
            </w:r>
          </w:p>
        </w:tc>
      </w:tr>
      <w:tr w:rsidR="00B803EC" w14:paraId="5952E70A"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4C9AEF34"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6ED76BE3" w14:textId="77777777" w:rsidR="00B803EC" w:rsidRDefault="007858D5">
            <w:r>
              <w:rPr>
                <w:sz w:val="16"/>
              </w:rPr>
              <w:t>Use only approved physical-assistance or emergency-safety procedures when trained, authorized, clinically appropriate, necessary for imminent safety, and allowed by law, agency policy, and the participant plan/team approvals.</w:t>
            </w:r>
          </w:p>
        </w:tc>
      </w:tr>
      <w:tr w:rsidR="00B803EC" w14:paraId="15045F11"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5C7642F9"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3FF42A37" w14:textId="77777777" w:rsidR="00B803EC" w:rsidRDefault="007858D5">
            <w:r>
              <w:rPr>
                <w:sz w:val="16"/>
              </w:rPr>
              <w:t>Complete professional documentation such as ISP data, Therap notes, T-Logs, MAR documentation, EVV, incident reports/GER information, appointment notes, and required communication.</w:t>
            </w:r>
          </w:p>
        </w:tc>
      </w:tr>
      <w:tr w:rsidR="00B803EC" w14:paraId="6C62FAE5"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63BFD5E8"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517E111A" w14:textId="77777777" w:rsidR="00B803EC" w:rsidRDefault="007858D5">
            <w:r>
              <w:rPr>
                <w:sz w:val="16"/>
              </w:rPr>
              <w:t>Maintain confidentiality, follow participant rights requirements, follow mandated reporting expectations, and comply with APM policies and applicable DHHS/HCBS/DD/CPA requirements.</w:t>
            </w:r>
          </w:p>
        </w:tc>
      </w:tr>
    </w:tbl>
    <w:p w14:paraId="2C4004F9" w14:textId="77777777" w:rsidR="00B803EC" w:rsidRDefault="007858D5">
      <w:pPr>
        <w:keepNext/>
        <w:pBdr>
          <w:bottom w:val="single" w:sz="10" w:space="2" w:color="E6A800"/>
        </w:pBdr>
        <w:spacing w:before="140" w:after="60"/>
      </w:pPr>
      <w:r>
        <w:rPr>
          <w:b/>
          <w:color w:val="0B2F63"/>
          <w:sz w:val="26"/>
        </w:rPr>
        <w:t>5. ADA-Safe Ability Acknowledgement</w:t>
      </w:r>
    </w:p>
    <w:tbl>
      <w:tblPr>
        <w:tblW w:w="0" w:type="auto"/>
        <w:jc w:val="center"/>
        <w:tblLook w:val="04A0" w:firstRow="1" w:lastRow="0" w:firstColumn="1" w:lastColumn="0" w:noHBand="0" w:noVBand="1"/>
      </w:tblPr>
      <w:tblGrid>
        <w:gridCol w:w="6335"/>
        <w:gridCol w:w="4439"/>
      </w:tblGrid>
      <w:tr w:rsidR="00B803EC" w14:paraId="6C03D86F" w14:textId="77777777">
        <w:trPr>
          <w:jc w:val="center"/>
        </w:trPr>
        <w:tc>
          <w:tcPr>
            <w:tcW w:w="10800" w:type="dxa"/>
            <w:gridSpan w:val="2"/>
            <w:tcBorders>
              <w:top w:val="single" w:sz="10" w:space="0" w:color="E6A800"/>
              <w:left w:val="single" w:sz="10" w:space="0" w:color="E6A800"/>
              <w:bottom w:val="single" w:sz="10" w:space="0" w:color="E6A800"/>
              <w:right w:val="single" w:sz="10" w:space="0" w:color="E6A800"/>
            </w:tcBorders>
            <w:shd w:val="clear" w:color="auto" w:fill="FFF8DF"/>
          </w:tcPr>
          <w:p w14:paraId="2F0B9FF2" w14:textId="77777777" w:rsidR="00B803EC" w:rsidRDefault="007858D5">
            <w:pPr>
              <w:spacing w:after="0"/>
            </w:pPr>
            <w:r>
              <w:rPr>
                <w:b/>
                <w:color w:val="0B2F63"/>
                <w:sz w:val="17"/>
              </w:rPr>
              <w:t xml:space="preserve">Important: </w:t>
            </w:r>
            <w:r>
              <w:rPr>
                <w:sz w:val="17"/>
              </w:rPr>
              <w:t>Do not disclose medical conditions, diagnoses, medications, disability status, or medical history in this section. APM will engage in the reasonable-accommodation process when required by law.</w:t>
            </w:r>
          </w:p>
        </w:tc>
      </w:tr>
      <w:tr w:rsidR="00B803EC" w14:paraId="56D680BB" w14:textId="77777777">
        <w:trPr>
          <w:cantSplit/>
          <w:jc w:val="center"/>
        </w:trPr>
        <w:tc>
          <w:tcPr>
            <w:tcW w:w="6624" w:type="dxa"/>
            <w:tcBorders>
              <w:top w:val="single" w:sz="4" w:space="0" w:color="9BB2C8"/>
              <w:left w:val="single" w:sz="4" w:space="0" w:color="9BB2C8"/>
              <w:bottom w:val="single" w:sz="4" w:space="0" w:color="9BB2C8"/>
              <w:right w:val="single" w:sz="4" w:space="0" w:color="9BB2C8"/>
            </w:tcBorders>
          </w:tcPr>
          <w:p w14:paraId="6A930C23" w14:textId="77777777" w:rsidR="00B803EC" w:rsidRDefault="007858D5">
            <w:r>
              <w:rPr>
                <w:sz w:val="17"/>
              </w:rPr>
              <w:t>After reviewing the role description and potential essential functions, are you able to perform the essential functions of the position you are applying for, with or without reasonable accommodation?</w:t>
            </w:r>
          </w:p>
        </w:tc>
        <w:tc>
          <w:tcPr>
            <w:tcW w:w="4608" w:type="dxa"/>
            <w:tcBorders>
              <w:top w:val="single" w:sz="4" w:space="0" w:color="9BB2C8"/>
              <w:left w:val="single" w:sz="4" w:space="0" w:color="9BB2C8"/>
              <w:bottom w:val="single" w:sz="4" w:space="0" w:color="9BB2C8"/>
              <w:right w:val="single" w:sz="4" w:space="0" w:color="9BB2C8"/>
            </w:tcBorders>
          </w:tcPr>
          <w:p w14:paraId="2645979F" w14:textId="77777777" w:rsidR="00B803EC" w:rsidRDefault="007858D5">
            <w:r>
              <w:rPr>
                <w:sz w:val="17"/>
              </w:rPr>
              <w:t>☐</w:t>
            </w:r>
            <w:r>
              <w:rPr>
                <w:sz w:val="17"/>
              </w:rPr>
              <w:t xml:space="preserve"> Yes  ☐ No  ☐ Need more information about the specific role/assignment</w:t>
            </w:r>
          </w:p>
        </w:tc>
      </w:tr>
      <w:tr w:rsidR="00B803EC" w14:paraId="17B75152" w14:textId="77777777">
        <w:trPr>
          <w:cantSplit/>
          <w:jc w:val="center"/>
        </w:trPr>
        <w:tc>
          <w:tcPr>
            <w:tcW w:w="6624" w:type="dxa"/>
            <w:tcBorders>
              <w:top w:val="single" w:sz="4" w:space="0" w:color="9BB2C8"/>
              <w:left w:val="single" w:sz="4" w:space="0" w:color="9BB2C8"/>
              <w:bottom w:val="single" w:sz="4" w:space="0" w:color="9BB2C8"/>
              <w:right w:val="single" w:sz="4" w:space="0" w:color="9BB2C8"/>
            </w:tcBorders>
          </w:tcPr>
          <w:p w14:paraId="7E157B31" w14:textId="77777777" w:rsidR="00B803EC" w:rsidRDefault="007858D5">
            <w:r>
              <w:rPr>
                <w:sz w:val="17"/>
              </w:rPr>
              <w:t>Do you need an accommodation for the application/interview process?</w:t>
            </w:r>
          </w:p>
        </w:tc>
        <w:tc>
          <w:tcPr>
            <w:tcW w:w="4608" w:type="dxa"/>
            <w:tcBorders>
              <w:top w:val="single" w:sz="4" w:space="0" w:color="9BB2C8"/>
              <w:left w:val="single" w:sz="4" w:space="0" w:color="9BB2C8"/>
              <w:bottom w:val="single" w:sz="4" w:space="0" w:color="9BB2C8"/>
              <w:right w:val="single" w:sz="4" w:space="0" w:color="9BB2C8"/>
            </w:tcBorders>
          </w:tcPr>
          <w:p w14:paraId="19241145" w14:textId="77777777" w:rsidR="00B803EC" w:rsidRDefault="007858D5">
            <w:r>
              <w:rPr>
                <w:sz w:val="17"/>
              </w:rPr>
              <w:t>☐</w:t>
            </w:r>
            <w:r>
              <w:rPr>
                <w:sz w:val="17"/>
              </w:rPr>
              <w:t xml:space="preserve"> No  ☐ Yes - I would like APM to contact me about the application/interview process. Do not list medical details here.</w:t>
            </w:r>
          </w:p>
        </w:tc>
      </w:tr>
    </w:tbl>
    <w:p w14:paraId="6EB774AD" w14:textId="77777777" w:rsidR="00B803EC" w:rsidRDefault="007858D5">
      <w:pPr>
        <w:spacing w:before="40" w:after="20"/>
      </w:pPr>
      <w:r>
        <w:rPr>
          <w:b/>
          <w:color w:val="0B2F63"/>
          <w:sz w:val="17"/>
        </w:rPr>
        <w:lastRenderedPageBreak/>
        <w:t>Job-related experience, training, or skills that help you perform these functions:</w:t>
      </w:r>
    </w:p>
    <w:p w14:paraId="0F041267" w14:textId="77777777" w:rsidR="00B803EC" w:rsidRDefault="007858D5">
      <w:pPr>
        <w:spacing w:after="20"/>
      </w:pPr>
      <w:r>
        <w:rPr>
          <w:color w:val="666666"/>
          <w:sz w:val="14"/>
        </w:rPr>
        <w:t>______________________________________________________________________________________________________________</w:t>
      </w:r>
    </w:p>
    <w:p w14:paraId="2A42AF25" w14:textId="77777777" w:rsidR="00B803EC" w:rsidRDefault="007858D5">
      <w:pPr>
        <w:spacing w:after="20"/>
      </w:pPr>
      <w:r>
        <w:rPr>
          <w:color w:val="666666"/>
          <w:sz w:val="14"/>
        </w:rPr>
        <w:t>______________________________________________________________________________________________________________</w:t>
      </w:r>
    </w:p>
    <w:p w14:paraId="5B45DAFB" w14:textId="77777777" w:rsidR="00B803EC" w:rsidRDefault="007858D5">
      <w:pPr>
        <w:spacing w:after="20"/>
      </w:pPr>
      <w:r>
        <w:rPr>
          <w:color w:val="666666"/>
          <w:sz w:val="14"/>
        </w:rPr>
        <w:t>______________________________________________________________________________________________________________</w:t>
      </w:r>
    </w:p>
    <w:p w14:paraId="21EEC666" w14:textId="77777777" w:rsidR="00B803EC" w:rsidRDefault="007858D5">
      <w:pPr>
        <w:keepNext/>
        <w:pBdr>
          <w:bottom w:val="single" w:sz="10" w:space="2" w:color="E6A800"/>
        </w:pBdr>
        <w:spacing w:before="140" w:after="60"/>
      </w:pPr>
      <w:r>
        <w:rPr>
          <w:b/>
          <w:color w:val="0B2F63"/>
          <w:sz w:val="26"/>
        </w:rPr>
        <w:t>6. Physical Assistance and Emergency Safety Notice</w:t>
      </w:r>
    </w:p>
    <w:p w14:paraId="603DEA27" w14:textId="77777777" w:rsidR="00B803EC" w:rsidRDefault="007858D5">
      <w:pPr>
        <w:spacing w:after="60"/>
      </w:pPr>
      <w:r>
        <w:rPr>
          <w:sz w:val="17"/>
        </w:rPr>
        <w:t>Some direct-support assignments may involve physical tasks such as assisting with transfers, mobility, repositioning, standing/walking for extended periods, bending, carrying supplies, emergency evacuation, or supporting safety during behavioral crises. The amount of lifting, carrying, pushing, pulling, or physical assistance varies by role, setting, participant needs, team-approved plan, and staffing model.</w:t>
      </w:r>
    </w:p>
    <w:p w14:paraId="424CD5BA" w14:textId="77777777" w:rsidR="00B803EC" w:rsidRDefault="007858D5">
      <w:pPr>
        <w:spacing w:after="60"/>
      </w:pPr>
      <w:r>
        <w:rPr>
          <w:sz w:val="17"/>
        </w:rPr>
        <w:t>APM will identify assignment-specific essential functions and will consider reasonable accommodation where required by law. Employees/contractors may not use any physical intervention or emergency-safety intervention unless properly trained, authorized, and permitted by law, participant plan/team approval, and APM policy.</w:t>
      </w:r>
    </w:p>
    <w:tbl>
      <w:tblPr>
        <w:tblW w:w="0" w:type="auto"/>
        <w:jc w:val="center"/>
        <w:tblLook w:val="04A0" w:firstRow="1" w:lastRow="0" w:firstColumn="1" w:lastColumn="0" w:noHBand="0" w:noVBand="1"/>
      </w:tblPr>
      <w:tblGrid>
        <w:gridCol w:w="2029"/>
        <w:gridCol w:w="8761"/>
      </w:tblGrid>
      <w:tr w:rsidR="00B803EC" w14:paraId="50194AE2" w14:textId="77777777">
        <w:trPr>
          <w:cantSplit/>
          <w:jc w:val="center"/>
        </w:trPr>
        <w:tc>
          <w:tcPr>
            <w:tcW w:w="2088" w:type="dxa"/>
            <w:tcBorders>
              <w:top w:val="single" w:sz="4" w:space="0" w:color="9BB2C8"/>
              <w:left w:val="single" w:sz="4" w:space="0" w:color="9BB2C8"/>
              <w:bottom w:val="single" w:sz="4" w:space="0" w:color="9BB2C8"/>
              <w:right w:val="single" w:sz="4" w:space="0" w:color="9BB2C8"/>
            </w:tcBorders>
          </w:tcPr>
          <w:p w14:paraId="18B00834" w14:textId="77777777" w:rsidR="00B803EC" w:rsidRDefault="007858D5">
            <w:r>
              <w:rPr>
                <w:sz w:val="17"/>
              </w:rPr>
              <w:t>Applicant Initials</w:t>
            </w:r>
          </w:p>
        </w:tc>
        <w:tc>
          <w:tcPr>
            <w:tcW w:w="9144" w:type="dxa"/>
            <w:tcBorders>
              <w:top w:val="single" w:sz="4" w:space="0" w:color="9BB2C8"/>
              <w:left w:val="single" w:sz="4" w:space="0" w:color="9BB2C8"/>
              <w:bottom w:val="single" w:sz="4" w:space="0" w:color="9BB2C8"/>
              <w:right w:val="single" w:sz="4" w:space="0" w:color="9BB2C8"/>
            </w:tcBorders>
          </w:tcPr>
          <w:p w14:paraId="34377F3E" w14:textId="77777777" w:rsidR="00B803EC" w:rsidRDefault="007858D5">
            <w:r>
              <w:rPr>
                <w:sz w:val="17"/>
              </w:rPr>
              <w:t>I understand that direct-support work can be safety-sensitive and may require physical assistance or emergency response depending on the assignment. Initials: __________</w:t>
            </w:r>
          </w:p>
        </w:tc>
      </w:tr>
      <w:tr w:rsidR="00B803EC" w14:paraId="6F1601F2" w14:textId="77777777">
        <w:trPr>
          <w:cantSplit/>
          <w:jc w:val="center"/>
        </w:trPr>
        <w:tc>
          <w:tcPr>
            <w:tcW w:w="2088" w:type="dxa"/>
            <w:tcBorders>
              <w:top w:val="single" w:sz="4" w:space="0" w:color="9BB2C8"/>
              <w:left w:val="single" w:sz="4" w:space="0" w:color="9BB2C8"/>
              <w:bottom w:val="single" w:sz="4" w:space="0" w:color="9BB2C8"/>
              <w:right w:val="single" w:sz="4" w:space="0" w:color="9BB2C8"/>
            </w:tcBorders>
          </w:tcPr>
          <w:p w14:paraId="755AA660" w14:textId="77777777" w:rsidR="00B803EC" w:rsidRDefault="007858D5">
            <w:r>
              <w:rPr>
                <w:sz w:val="17"/>
              </w:rPr>
              <w:t>Applicant Initials</w:t>
            </w:r>
          </w:p>
        </w:tc>
        <w:tc>
          <w:tcPr>
            <w:tcW w:w="9144" w:type="dxa"/>
            <w:tcBorders>
              <w:top w:val="single" w:sz="4" w:space="0" w:color="9BB2C8"/>
              <w:left w:val="single" w:sz="4" w:space="0" w:color="9BB2C8"/>
              <w:bottom w:val="single" w:sz="4" w:space="0" w:color="9BB2C8"/>
              <w:right w:val="single" w:sz="4" w:space="0" w:color="9BB2C8"/>
            </w:tcBorders>
          </w:tcPr>
          <w:p w14:paraId="31ADAEC1" w14:textId="77777777" w:rsidR="00B803EC" w:rsidRDefault="007858D5">
            <w:r>
              <w:rPr>
                <w:sz w:val="17"/>
              </w:rPr>
              <w:t>I understand that MANDT or equivalent training does not authorize physical intervention unless the intervention is allowed, necessary for imminent safety, and I am trained/authorized for that specific role. Initials: __________</w:t>
            </w:r>
          </w:p>
        </w:tc>
      </w:tr>
      <w:tr w:rsidR="00B803EC" w14:paraId="506C9754" w14:textId="77777777">
        <w:trPr>
          <w:cantSplit/>
          <w:jc w:val="center"/>
        </w:trPr>
        <w:tc>
          <w:tcPr>
            <w:tcW w:w="2088" w:type="dxa"/>
            <w:tcBorders>
              <w:top w:val="single" w:sz="4" w:space="0" w:color="9BB2C8"/>
              <w:left w:val="single" w:sz="4" w:space="0" w:color="9BB2C8"/>
              <w:bottom w:val="single" w:sz="4" w:space="0" w:color="9BB2C8"/>
              <w:right w:val="single" w:sz="4" w:space="0" w:color="9BB2C8"/>
            </w:tcBorders>
          </w:tcPr>
          <w:p w14:paraId="3A5586F8" w14:textId="77777777" w:rsidR="00B803EC" w:rsidRDefault="007858D5">
            <w:r>
              <w:rPr>
                <w:sz w:val="17"/>
              </w:rPr>
              <w:t>Applicant Initials</w:t>
            </w:r>
          </w:p>
        </w:tc>
        <w:tc>
          <w:tcPr>
            <w:tcW w:w="9144" w:type="dxa"/>
            <w:tcBorders>
              <w:top w:val="single" w:sz="4" w:space="0" w:color="9BB2C8"/>
              <w:left w:val="single" w:sz="4" w:space="0" w:color="9BB2C8"/>
              <w:bottom w:val="single" w:sz="4" w:space="0" w:color="9BB2C8"/>
              <w:right w:val="single" w:sz="4" w:space="0" w:color="9BB2C8"/>
            </w:tcBorders>
          </w:tcPr>
          <w:p w14:paraId="7E279ADA" w14:textId="77777777" w:rsidR="00B803EC" w:rsidRDefault="007858D5">
            <w:r>
              <w:rPr>
                <w:sz w:val="17"/>
              </w:rPr>
              <w:t>I understand that post-offer/assignment-specific fitness-for-duty or medical documentation may be requested only when job-related and consistent with business necessity or otherwise required, and will be handled confidentially. Initials: __________</w:t>
            </w:r>
          </w:p>
        </w:tc>
      </w:tr>
    </w:tbl>
    <w:p w14:paraId="70F64E59" w14:textId="77777777" w:rsidR="00B803EC" w:rsidRDefault="007858D5">
      <w:pPr>
        <w:keepNext/>
        <w:pBdr>
          <w:bottom w:val="single" w:sz="10" w:space="2" w:color="E6A800"/>
        </w:pBdr>
        <w:spacing w:before="140" w:after="60"/>
      </w:pPr>
      <w:r>
        <w:rPr>
          <w:b/>
          <w:color w:val="0B2F63"/>
          <w:sz w:val="26"/>
        </w:rPr>
        <w:t>7. Technical Skills - Basic Computer and Documentation Readiness</w:t>
      </w:r>
    </w:p>
    <w:tbl>
      <w:tblPr>
        <w:tblW w:w="0" w:type="auto"/>
        <w:jc w:val="center"/>
        <w:tblLook w:val="04A0" w:firstRow="1" w:lastRow="0" w:firstColumn="1" w:lastColumn="0" w:noHBand="0" w:noVBand="1"/>
      </w:tblPr>
      <w:tblGrid>
        <w:gridCol w:w="6095"/>
        <w:gridCol w:w="4695"/>
      </w:tblGrid>
      <w:tr w:rsidR="00B803EC" w14:paraId="59CF143A" w14:textId="77777777">
        <w:trPr>
          <w:cantSplit/>
          <w:jc w:val="center"/>
        </w:trPr>
        <w:tc>
          <w:tcPr>
            <w:tcW w:w="6336" w:type="dxa"/>
            <w:tcBorders>
              <w:top w:val="single" w:sz="4" w:space="0" w:color="9BB2C8"/>
              <w:left w:val="single" w:sz="4" w:space="0" w:color="9BB2C8"/>
              <w:bottom w:val="single" w:sz="4" w:space="0" w:color="9BB2C8"/>
              <w:right w:val="single" w:sz="4" w:space="0" w:color="9BB2C8"/>
            </w:tcBorders>
            <w:shd w:val="clear" w:color="auto" w:fill="EAF1F8"/>
          </w:tcPr>
          <w:p w14:paraId="3428AE8F" w14:textId="77777777" w:rsidR="00B803EC" w:rsidRDefault="007858D5">
            <w:pPr>
              <w:jc w:val="center"/>
            </w:pPr>
            <w:r>
              <w:rPr>
                <w:b/>
                <w:color w:val="0B2F63"/>
                <w:sz w:val="16"/>
              </w:rPr>
              <w:t>Skill Area</w:t>
            </w:r>
          </w:p>
        </w:tc>
        <w:tc>
          <w:tcPr>
            <w:tcW w:w="4896" w:type="dxa"/>
            <w:tcBorders>
              <w:top w:val="single" w:sz="4" w:space="0" w:color="9BB2C8"/>
              <w:left w:val="single" w:sz="4" w:space="0" w:color="9BB2C8"/>
              <w:bottom w:val="single" w:sz="4" w:space="0" w:color="9BB2C8"/>
              <w:right w:val="single" w:sz="4" w:space="0" w:color="9BB2C8"/>
            </w:tcBorders>
            <w:shd w:val="clear" w:color="auto" w:fill="EAF1F8"/>
          </w:tcPr>
          <w:p w14:paraId="17BD721A" w14:textId="77777777" w:rsidR="00B803EC" w:rsidRDefault="007858D5">
            <w:pPr>
              <w:jc w:val="center"/>
            </w:pPr>
            <w:r>
              <w:rPr>
                <w:b/>
                <w:color w:val="0B2F63"/>
                <w:sz w:val="16"/>
              </w:rPr>
              <w:t>Applicant Response</w:t>
            </w:r>
          </w:p>
        </w:tc>
      </w:tr>
      <w:tr w:rsidR="00B803EC" w14:paraId="43E1090C" w14:textId="77777777">
        <w:trPr>
          <w:cantSplit/>
          <w:jc w:val="center"/>
        </w:trPr>
        <w:tc>
          <w:tcPr>
            <w:tcW w:w="6336" w:type="dxa"/>
            <w:tcBorders>
              <w:top w:val="single" w:sz="4" w:space="0" w:color="9BB2C8"/>
              <w:left w:val="single" w:sz="4" w:space="0" w:color="9BB2C8"/>
              <w:bottom w:val="single" w:sz="4" w:space="0" w:color="9BB2C8"/>
              <w:right w:val="single" w:sz="4" w:space="0" w:color="9BB2C8"/>
            </w:tcBorders>
          </w:tcPr>
          <w:p w14:paraId="7847EB87" w14:textId="77777777" w:rsidR="00B803EC" w:rsidRDefault="007858D5">
            <w:r>
              <w:rPr>
                <w:sz w:val="16"/>
              </w:rPr>
              <w:t>Email, secure portals, attaching/uploading documents, printing/scanning, and basic phone/computer use</w:t>
            </w:r>
          </w:p>
        </w:tc>
        <w:tc>
          <w:tcPr>
            <w:tcW w:w="4896" w:type="dxa"/>
            <w:tcBorders>
              <w:top w:val="single" w:sz="4" w:space="0" w:color="9BB2C8"/>
              <w:left w:val="single" w:sz="4" w:space="0" w:color="9BB2C8"/>
              <w:bottom w:val="single" w:sz="4" w:space="0" w:color="9BB2C8"/>
              <w:right w:val="single" w:sz="4" w:space="0" w:color="9BB2C8"/>
            </w:tcBorders>
          </w:tcPr>
          <w:p w14:paraId="7A23A0E9" w14:textId="77777777" w:rsidR="00B803EC" w:rsidRDefault="007858D5">
            <w:r>
              <w:rPr>
                <w:sz w:val="16"/>
              </w:rPr>
              <w:t>☐</w:t>
            </w:r>
            <w:r>
              <w:rPr>
                <w:sz w:val="16"/>
              </w:rPr>
              <w:t xml:space="preserve"> Able now  ☐ Able to learn with training/practice  ☐ Need more information</w:t>
            </w:r>
          </w:p>
        </w:tc>
      </w:tr>
      <w:tr w:rsidR="00B803EC" w14:paraId="3605DEDD" w14:textId="77777777">
        <w:trPr>
          <w:cantSplit/>
          <w:jc w:val="center"/>
        </w:trPr>
        <w:tc>
          <w:tcPr>
            <w:tcW w:w="6336" w:type="dxa"/>
            <w:tcBorders>
              <w:top w:val="single" w:sz="4" w:space="0" w:color="9BB2C8"/>
              <w:left w:val="single" w:sz="4" w:space="0" w:color="9BB2C8"/>
              <w:bottom w:val="single" w:sz="4" w:space="0" w:color="9BB2C8"/>
              <w:right w:val="single" w:sz="4" w:space="0" w:color="9BB2C8"/>
            </w:tcBorders>
          </w:tcPr>
          <w:p w14:paraId="2B24FBAF" w14:textId="77777777" w:rsidR="00B803EC" w:rsidRDefault="007858D5">
            <w:r>
              <w:rPr>
                <w:sz w:val="16"/>
              </w:rPr>
              <w:t>Word/Google Docs or similar document tools; basic spreadsheets or forms when needed</w:t>
            </w:r>
          </w:p>
        </w:tc>
        <w:tc>
          <w:tcPr>
            <w:tcW w:w="4896" w:type="dxa"/>
            <w:tcBorders>
              <w:top w:val="single" w:sz="4" w:space="0" w:color="9BB2C8"/>
              <w:left w:val="single" w:sz="4" w:space="0" w:color="9BB2C8"/>
              <w:bottom w:val="single" w:sz="4" w:space="0" w:color="9BB2C8"/>
              <w:right w:val="single" w:sz="4" w:space="0" w:color="9BB2C8"/>
            </w:tcBorders>
          </w:tcPr>
          <w:p w14:paraId="44D838BF" w14:textId="77777777" w:rsidR="00B803EC" w:rsidRDefault="007858D5">
            <w:r>
              <w:rPr>
                <w:sz w:val="16"/>
              </w:rPr>
              <w:t>☐</w:t>
            </w:r>
            <w:r>
              <w:rPr>
                <w:sz w:val="16"/>
              </w:rPr>
              <w:t xml:space="preserve"> Able now  ☐ Able to learn with training/practice  ☐ Need more information</w:t>
            </w:r>
          </w:p>
        </w:tc>
      </w:tr>
      <w:tr w:rsidR="00B803EC" w14:paraId="72CEA6A2" w14:textId="77777777">
        <w:trPr>
          <w:cantSplit/>
          <w:jc w:val="center"/>
        </w:trPr>
        <w:tc>
          <w:tcPr>
            <w:tcW w:w="6336" w:type="dxa"/>
            <w:tcBorders>
              <w:top w:val="single" w:sz="4" w:space="0" w:color="9BB2C8"/>
              <w:left w:val="single" w:sz="4" w:space="0" w:color="9BB2C8"/>
              <w:bottom w:val="single" w:sz="4" w:space="0" w:color="9BB2C8"/>
              <w:right w:val="single" w:sz="4" w:space="0" w:color="9BB2C8"/>
            </w:tcBorders>
          </w:tcPr>
          <w:p w14:paraId="1A439835" w14:textId="77777777" w:rsidR="00B803EC" w:rsidRDefault="007858D5">
            <w:r>
              <w:rPr>
                <w:sz w:val="16"/>
              </w:rPr>
              <w:t>Therap/EVV/MAR/incident documentation systems, after APM training</w:t>
            </w:r>
          </w:p>
        </w:tc>
        <w:tc>
          <w:tcPr>
            <w:tcW w:w="4896" w:type="dxa"/>
            <w:tcBorders>
              <w:top w:val="single" w:sz="4" w:space="0" w:color="9BB2C8"/>
              <w:left w:val="single" w:sz="4" w:space="0" w:color="9BB2C8"/>
              <w:bottom w:val="single" w:sz="4" w:space="0" w:color="9BB2C8"/>
              <w:right w:val="single" w:sz="4" w:space="0" w:color="9BB2C8"/>
            </w:tcBorders>
          </w:tcPr>
          <w:p w14:paraId="2E32ED84" w14:textId="77777777" w:rsidR="00B803EC" w:rsidRDefault="007858D5">
            <w:r>
              <w:rPr>
                <w:sz w:val="16"/>
              </w:rPr>
              <w:t>☐</w:t>
            </w:r>
            <w:r>
              <w:rPr>
                <w:sz w:val="16"/>
              </w:rPr>
              <w:t xml:space="preserve"> Able now  ☐ Able to learn with training/practice  ☐ Need more information</w:t>
            </w:r>
          </w:p>
        </w:tc>
      </w:tr>
    </w:tbl>
    <w:p w14:paraId="7CDB9234" w14:textId="77777777" w:rsidR="00B803EC" w:rsidRDefault="007858D5">
      <w:r>
        <w:rPr>
          <w:b/>
          <w:color w:val="0B2F63"/>
          <w:sz w:val="17"/>
        </w:rPr>
        <w:t>I understand that accurate, timely documentation is part of service delivery and compliance. Initials: __________</w:t>
      </w:r>
    </w:p>
    <w:p w14:paraId="0E84D0C0" w14:textId="77777777" w:rsidR="00B803EC" w:rsidRDefault="007858D5">
      <w:pPr>
        <w:keepNext/>
        <w:pBdr>
          <w:bottom w:val="single" w:sz="10" w:space="2" w:color="E6A800"/>
        </w:pBdr>
        <w:spacing w:before="140" w:after="60"/>
      </w:pPr>
      <w:r>
        <w:rPr>
          <w:b/>
          <w:color w:val="0B2F63"/>
          <w:sz w:val="26"/>
        </w:rPr>
        <w:t>8. Education, Training, and Certifications</w:t>
      </w:r>
    </w:p>
    <w:tbl>
      <w:tblPr>
        <w:tblW w:w="0" w:type="auto"/>
        <w:jc w:val="center"/>
        <w:tblLook w:val="04A0" w:firstRow="1" w:lastRow="0" w:firstColumn="1" w:lastColumn="0" w:noHBand="0" w:noVBand="1"/>
      </w:tblPr>
      <w:tblGrid>
        <w:gridCol w:w="4411"/>
        <w:gridCol w:w="2504"/>
        <w:gridCol w:w="3875"/>
      </w:tblGrid>
      <w:tr w:rsidR="00B803EC" w14:paraId="5E5E7417" w14:textId="77777777">
        <w:trPr>
          <w:cantSplit/>
          <w:jc w:val="center"/>
        </w:trPr>
        <w:tc>
          <w:tcPr>
            <w:tcW w:w="4608" w:type="dxa"/>
            <w:tcBorders>
              <w:top w:val="single" w:sz="4" w:space="0" w:color="9BB2C8"/>
              <w:left w:val="single" w:sz="4" w:space="0" w:color="9BB2C8"/>
              <w:bottom w:val="single" w:sz="4" w:space="0" w:color="9BB2C8"/>
              <w:right w:val="single" w:sz="4" w:space="0" w:color="9BB2C8"/>
            </w:tcBorders>
            <w:shd w:val="clear" w:color="auto" w:fill="EAF1F8"/>
          </w:tcPr>
          <w:p w14:paraId="184912F8" w14:textId="77777777" w:rsidR="00B803EC" w:rsidRDefault="007858D5">
            <w:pPr>
              <w:jc w:val="center"/>
            </w:pPr>
            <w:r>
              <w:rPr>
                <w:b/>
                <w:color w:val="0B2F63"/>
                <w:sz w:val="16"/>
              </w:rPr>
              <w:t>School / Training Program</w:t>
            </w:r>
          </w:p>
        </w:tc>
        <w:tc>
          <w:tcPr>
            <w:tcW w:w="2592" w:type="dxa"/>
            <w:tcBorders>
              <w:top w:val="single" w:sz="4" w:space="0" w:color="9BB2C8"/>
              <w:left w:val="single" w:sz="4" w:space="0" w:color="9BB2C8"/>
              <w:bottom w:val="single" w:sz="4" w:space="0" w:color="9BB2C8"/>
              <w:right w:val="single" w:sz="4" w:space="0" w:color="9BB2C8"/>
            </w:tcBorders>
            <w:shd w:val="clear" w:color="auto" w:fill="EAF1F8"/>
          </w:tcPr>
          <w:p w14:paraId="466976EE" w14:textId="77777777" w:rsidR="00B803EC" w:rsidRDefault="007858D5">
            <w:pPr>
              <w:jc w:val="center"/>
            </w:pPr>
            <w:r>
              <w:rPr>
                <w:b/>
                <w:color w:val="0B2F63"/>
                <w:sz w:val="16"/>
              </w:rPr>
              <w:t>Dates Attended</w:t>
            </w:r>
          </w:p>
        </w:tc>
        <w:tc>
          <w:tcPr>
            <w:tcW w:w="4032" w:type="dxa"/>
            <w:tcBorders>
              <w:top w:val="single" w:sz="4" w:space="0" w:color="9BB2C8"/>
              <w:left w:val="single" w:sz="4" w:space="0" w:color="9BB2C8"/>
              <w:bottom w:val="single" w:sz="4" w:space="0" w:color="9BB2C8"/>
              <w:right w:val="single" w:sz="4" w:space="0" w:color="9BB2C8"/>
            </w:tcBorders>
            <w:shd w:val="clear" w:color="auto" w:fill="EAF1F8"/>
          </w:tcPr>
          <w:p w14:paraId="57046333" w14:textId="77777777" w:rsidR="00B803EC" w:rsidRDefault="007858D5">
            <w:pPr>
              <w:jc w:val="center"/>
            </w:pPr>
            <w:r>
              <w:rPr>
                <w:b/>
                <w:color w:val="0B2F63"/>
                <w:sz w:val="16"/>
              </w:rPr>
              <w:t>Degree / Certificate / Training Completed</w:t>
            </w:r>
          </w:p>
        </w:tc>
      </w:tr>
      <w:tr w:rsidR="00B803EC" w14:paraId="66BCA52A" w14:textId="77777777">
        <w:trPr>
          <w:cantSplit/>
          <w:jc w:val="center"/>
        </w:trPr>
        <w:tc>
          <w:tcPr>
            <w:tcW w:w="4608" w:type="dxa"/>
            <w:tcBorders>
              <w:top w:val="single" w:sz="4" w:space="0" w:color="9BB2C8"/>
              <w:left w:val="single" w:sz="4" w:space="0" w:color="9BB2C8"/>
              <w:bottom w:val="single" w:sz="4" w:space="0" w:color="9BB2C8"/>
              <w:right w:val="single" w:sz="4" w:space="0" w:color="9BB2C8"/>
            </w:tcBorders>
          </w:tcPr>
          <w:p w14:paraId="68988B04" w14:textId="77777777" w:rsidR="00B803EC" w:rsidRDefault="00B803EC"/>
        </w:tc>
        <w:tc>
          <w:tcPr>
            <w:tcW w:w="2592" w:type="dxa"/>
            <w:tcBorders>
              <w:top w:val="single" w:sz="4" w:space="0" w:color="9BB2C8"/>
              <w:left w:val="single" w:sz="4" w:space="0" w:color="9BB2C8"/>
              <w:bottom w:val="single" w:sz="4" w:space="0" w:color="9BB2C8"/>
              <w:right w:val="single" w:sz="4" w:space="0" w:color="9BB2C8"/>
            </w:tcBorders>
          </w:tcPr>
          <w:p w14:paraId="3F1A118A" w14:textId="77777777" w:rsidR="00B803EC" w:rsidRDefault="00B803EC"/>
        </w:tc>
        <w:tc>
          <w:tcPr>
            <w:tcW w:w="4032" w:type="dxa"/>
            <w:tcBorders>
              <w:top w:val="single" w:sz="4" w:space="0" w:color="9BB2C8"/>
              <w:left w:val="single" w:sz="4" w:space="0" w:color="9BB2C8"/>
              <w:bottom w:val="single" w:sz="4" w:space="0" w:color="9BB2C8"/>
              <w:right w:val="single" w:sz="4" w:space="0" w:color="9BB2C8"/>
            </w:tcBorders>
          </w:tcPr>
          <w:p w14:paraId="661FA2FD" w14:textId="77777777" w:rsidR="00B803EC" w:rsidRDefault="00B803EC"/>
        </w:tc>
      </w:tr>
      <w:tr w:rsidR="00B803EC" w14:paraId="0BFCA1FB" w14:textId="77777777">
        <w:trPr>
          <w:cantSplit/>
          <w:jc w:val="center"/>
        </w:trPr>
        <w:tc>
          <w:tcPr>
            <w:tcW w:w="4608" w:type="dxa"/>
            <w:tcBorders>
              <w:top w:val="single" w:sz="4" w:space="0" w:color="9BB2C8"/>
              <w:left w:val="single" w:sz="4" w:space="0" w:color="9BB2C8"/>
              <w:bottom w:val="single" w:sz="4" w:space="0" w:color="9BB2C8"/>
              <w:right w:val="single" w:sz="4" w:space="0" w:color="9BB2C8"/>
            </w:tcBorders>
          </w:tcPr>
          <w:p w14:paraId="6E19339E" w14:textId="77777777" w:rsidR="00B803EC" w:rsidRDefault="00B803EC"/>
        </w:tc>
        <w:tc>
          <w:tcPr>
            <w:tcW w:w="2592" w:type="dxa"/>
            <w:tcBorders>
              <w:top w:val="single" w:sz="4" w:space="0" w:color="9BB2C8"/>
              <w:left w:val="single" w:sz="4" w:space="0" w:color="9BB2C8"/>
              <w:bottom w:val="single" w:sz="4" w:space="0" w:color="9BB2C8"/>
              <w:right w:val="single" w:sz="4" w:space="0" w:color="9BB2C8"/>
            </w:tcBorders>
          </w:tcPr>
          <w:p w14:paraId="57DE1BCC" w14:textId="77777777" w:rsidR="00B803EC" w:rsidRDefault="00B803EC"/>
        </w:tc>
        <w:tc>
          <w:tcPr>
            <w:tcW w:w="4032" w:type="dxa"/>
            <w:tcBorders>
              <w:top w:val="single" w:sz="4" w:space="0" w:color="9BB2C8"/>
              <w:left w:val="single" w:sz="4" w:space="0" w:color="9BB2C8"/>
              <w:bottom w:val="single" w:sz="4" w:space="0" w:color="9BB2C8"/>
              <w:right w:val="single" w:sz="4" w:space="0" w:color="9BB2C8"/>
            </w:tcBorders>
          </w:tcPr>
          <w:p w14:paraId="7EDD546C" w14:textId="77777777" w:rsidR="00B803EC" w:rsidRDefault="00B803EC"/>
        </w:tc>
      </w:tr>
      <w:tr w:rsidR="00B803EC" w14:paraId="3A0F384F" w14:textId="77777777">
        <w:trPr>
          <w:cantSplit/>
          <w:jc w:val="center"/>
        </w:trPr>
        <w:tc>
          <w:tcPr>
            <w:tcW w:w="4608" w:type="dxa"/>
            <w:tcBorders>
              <w:top w:val="single" w:sz="4" w:space="0" w:color="9BB2C8"/>
              <w:left w:val="single" w:sz="4" w:space="0" w:color="9BB2C8"/>
              <w:bottom w:val="single" w:sz="4" w:space="0" w:color="9BB2C8"/>
              <w:right w:val="single" w:sz="4" w:space="0" w:color="9BB2C8"/>
            </w:tcBorders>
          </w:tcPr>
          <w:p w14:paraId="75DEDFA4" w14:textId="77777777" w:rsidR="00B803EC" w:rsidRDefault="00B803EC"/>
        </w:tc>
        <w:tc>
          <w:tcPr>
            <w:tcW w:w="2592" w:type="dxa"/>
            <w:tcBorders>
              <w:top w:val="single" w:sz="4" w:space="0" w:color="9BB2C8"/>
              <w:left w:val="single" w:sz="4" w:space="0" w:color="9BB2C8"/>
              <w:bottom w:val="single" w:sz="4" w:space="0" w:color="9BB2C8"/>
              <w:right w:val="single" w:sz="4" w:space="0" w:color="9BB2C8"/>
            </w:tcBorders>
          </w:tcPr>
          <w:p w14:paraId="02367F08" w14:textId="77777777" w:rsidR="00B803EC" w:rsidRDefault="00B803EC"/>
        </w:tc>
        <w:tc>
          <w:tcPr>
            <w:tcW w:w="4032" w:type="dxa"/>
            <w:tcBorders>
              <w:top w:val="single" w:sz="4" w:space="0" w:color="9BB2C8"/>
              <w:left w:val="single" w:sz="4" w:space="0" w:color="9BB2C8"/>
              <w:bottom w:val="single" w:sz="4" w:space="0" w:color="9BB2C8"/>
              <w:right w:val="single" w:sz="4" w:space="0" w:color="9BB2C8"/>
            </w:tcBorders>
          </w:tcPr>
          <w:p w14:paraId="7FB41178" w14:textId="77777777" w:rsidR="00B803EC" w:rsidRDefault="00B803EC"/>
        </w:tc>
      </w:tr>
    </w:tbl>
    <w:p w14:paraId="74F00816" w14:textId="77777777" w:rsidR="00B803EC" w:rsidRDefault="007858D5">
      <w:pPr>
        <w:spacing w:before="60"/>
      </w:pPr>
      <w:r>
        <w:rPr>
          <w:b/>
          <w:color w:val="0B2F63"/>
          <w:sz w:val="17"/>
        </w:rPr>
        <w:t xml:space="preserve">Current or prior certifications/trainings - check all that apply: </w:t>
      </w:r>
      <w:r>
        <w:rPr>
          <w:sz w:val="16"/>
        </w:rPr>
        <w:t>☐</w:t>
      </w:r>
      <w:r>
        <w:rPr>
          <w:sz w:val="16"/>
        </w:rPr>
        <w:t xml:space="preserve"> CPR/First Aid  ☐ Medication Aide/Medication Support  ☐ MANDT or equivalent  ☐ DD/HCBS training  ☐ Child welfare/foster care training  ☐ Defensive driving  ☐ Other: ______________________</w:t>
      </w:r>
    </w:p>
    <w:p w14:paraId="37732895" w14:textId="77777777" w:rsidR="00B803EC" w:rsidRDefault="007858D5">
      <w:pPr>
        <w:keepNext/>
        <w:pBdr>
          <w:bottom w:val="single" w:sz="10" w:space="2" w:color="E6A800"/>
        </w:pBdr>
        <w:spacing w:before="140" w:after="60"/>
      </w:pPr>
      <w:r>
        <w:rPr>
          <w:b/>
          <w:color w:val="0B2F63"/>
          <w:sz w:val="26"/>
        </w:rPr>
        <w:lastRenderedPageBreak/>
        <w:t>9. Employment / Contractor History</w:t>
      </w:r>
    </w:p>
    <w:tbl>
      <w:tblPr>
        <w:tblW w:w="0" w:type="auto"/>
        <w:jc w:val="center"/>
        <w:tblLook w:val="04A0" w:firstRow="1" w:lastRow="0" w:firstColumn="1" w:lastColumn="0" w:noHBand="0" w:noVBand="1"/>
      </w:tblPr>
      <w:tblGrid>
        <w:gridCol w:w="2227"/>
        <w:gridCol w:w="3277"/>
        <w:gridCol w:w="1386"/>
        <w:gridCol w:w="2151"/>
        <w:gridCol w:w="1733"/>
      </w:tblGrid>
      <w:tr w:rsidR="00B803EC" w14:paraId="137D5515" w14:textId="77777777">
        <w:trPr>
          <w:jc w:val="center"/>
        </w:trPr>
        <w:tc>
          <w:tcPr>
            <w:tcW w:w="10800" w:type="dxa"/>
            <w:gridSpan w:val="5"/>
            <w:tcBorders>
              <w:top w:val="single" w:sz="10" w:space="0" w:color="0B2F63"/>
              <w:left w:val="single" w:sz="10" w:space="0" w:color="0B2F63"/>
              <w:bottom w:val="single" w:sz="10" w:space="0" w:color="0B2F63"/>
              <w:right w:val="single" w:sz="10" w:space="0" w:color="0B2F63"/>
            </w:tcBorders>
            <w:shd w:val="clear" w:color="auto" w:fill="EAF1F8"/>
          </w:tcPr>
          <w:p w14:paraId="57E8A7E1" w14:textId="77777777" w:rsidR="00B803EC" w:rsidRDefault="007858D5">
            <w:pPr>
              <w:spacing w:after="0"/>
            </w:pPr>
            <w:r>
              <w:rPr>
                <w:b/>
                <w:color w:val="0B2F63"/>
                <w:sz w:val="17"/>
              </w:rPr>
              <w:t xml:space="preserve">Instruction: </w:t>
            </w:r>
            <w:r>
              <w:rPr>
                <w:sz w:val="17"/>
              </w:rPr>
              <w:t>List your last three employers, contracts, or relevant service roles. Include direct support, caregiving, youth/foster care, healthcare, transportation, administration, customer service, or other related experience.</w:t>
            </w:r>
          </w:p>
        </w:tc>
      </w:tr>
      <w:tr w:rsidR="00B803EC" w14:paraId="74ABA534" w14:textId="77777777">
        <w:trPr>
          <w:cantSplit/>
          <w:jc w:val="center"/>
        </w:trPr>
        <w:tc>
          <w:tcPr>
            <w:tcW w:w="2304" w:type="dxa"/>
            <w:tcBorders>
              <w:top w:val="single" w:sz="4" w:space="0" w:color="9BB2C8"/>
              <w:left w:val="single" w:sz="4" w:space="0" w:color="9BB2C8"/>
              <w:bottom w:val="single" w:sz="4" w:space="0" w:color="9BB2C8"/>
              <w:right w:val="single" w:sz="4" w:space="0" w:color="9BB2C8"/>
            </w:tcBorders>
            <w:shd w:val="clear" w:color="auto" w:fill="EAF1F8"/>
          </w:tcPr>
          <w:p w14:paraId="4A35C126" w14:textId="77777777" w:rsidR="00B803EC" w:rsidRDefault="007858D5">
            <w:pPr>
              <w:jc w:val="center"/>
            </w:pPr>
            <w:r>
              <w:rPr>
                <w:b/>
                <w:color w:val="0B2F63"/>
                <w:sz w:val="16"/>
              </w:rPr>
              <w:t>Employer / Organization</w:t>
            </w:r>
          </w:p>
        </w:tc>
        <w:tc>
          <w:tcPr>
            <w:tcW w:w="3456" w:type="dxa"/>
            <w:tcBorders>
              <w:top w:val="single" w:sz="4" w:space="0" w:color="9BB2C8"/>
              <w:left w:val="single" w:sz="4" w:space="0" w:color="9BB2C8"/>
              <w:bottom w:val="single" w:sz="4" w:space="0" w:color="9BB2C8"/>
              <w:right w:val="single" w:sz="4" w:space="0" w:color="9BB2C8"/>
            </w:tcBorders>
            <w:shd w:val="clear" w:color="auto" w:fill="EAF1F8"/>
          </w:tcPr>
          <w:p w14:paraId="0B3FA354" w14:textId="77777777" w:rsidR="00B803EC" w:rsidRDefault="007858D5">
            <w:pPr>
              <w:jc w:val="center"/>
            </w:pPr>
            <w:r>
              <w:rPr>
                <w:b/>
                <w:color w:val="0B2F63"/>
                <w:sz w:val="16"/>
              </w:rPr>
              <w:t>Position / Duties</w:t>
            </w:r>
          </w:p>
        </w:tc>
        <w:tc>
          <w:tcPr>
            <w:tcW w:w="1440" w:type="dxa"/>
            <w:tcBorders>
              <w:top w:val="single" w:sz="4" w:space="0" w:color="9BB2C8"/>
              <w:left w:val="single" w:sz="4" w:space="0" w:color="9BB2C8"/>
              <w:bottom w:val="single" w:sz="4" w:space="0" w:color="9BB2C8"/>
              <w:right w:val="single" w:sz="4" w:space="0" w:color="9BB2C8"/>
            </w:tcBorders>
            <w:shd w:val="clear" w:color="auto" w:fill="EAF1F8"/>
          </w:tcPr>
          <w:p w14:paraId="23697CCC" w14:textId="77777777" w:rsidR="00B803EC" w:rsidRDefault="007858D5">
            <w:pPr>
              <w:jc w:val="center"/>
            </w:pPr>
            <w:r>
              <w:rPr>
                <w:b/>
                <w:color w:val="0B2F63"/>
                <w:sz w:val="16"/>
              </w:rPr>
              <w:t>Dates</w:t>
            </w:r>
          </w:p>
        </w:tc>
        <w:tc>
          <w:tcPr>
            <w:tcW w:w="2232" w:type="dxa"/>
            <w:tcBorders>
              <w:top w:val="single" w:sz="4" w:space="0" w:color="9BB2C8"/>
              <w:left w:val="single" w:sz="4" w:space="0" w:color="9BB2C8"/>
              <w:bottom w:val="single" w:sz="4" w:space="0" w:color="9BB2C8"/>
              <w:right w:val="single" w:sz="4" w:space="0" w:color="9BB2C8"/>
            </w:tcBorders>
            <w:shd w:val="clear" w:color="auto" w:fill="EAF1F8"/>
          </w:tcPr>
          <w:p w14:paraId="20E56931" w14:textId="77777777" w:rsidR="00B803EC" w:rsidRDefault="007858D5">
            <w:pPr>
              <w:jc w:val="center"/>
            </w:pPr>
            <w:r>
              <w:rPr>
                <w:b/>
                <w:color w:val="0B2F63"/>
                <w:sz w:val="16"/>
              </w:rPr>
              <w:t>Supervisor / Contact</w:t>
            </w:r>
          </w:p>
        </w:tc>
        <w:tc>
          <w:tcPr>
            <w:tcW w:w="1800" w:type="dxa"/>
            <w:tcBorders>
              <w:top w:val="single" w:sz="4" w:space="0" w:color="9BB2C8"/>
              <w:left w:val="single" w:sz="4" w:space="0" w:color="9BB2C8"/>
              <w:bottom w:val="single" w:sz="4" w:space="0" w:color="9BB2C8"/>
              <w:right w:val="single" w:sz="4" w:space="0" w:color="9BB2C8"/>
            </w:tcBorders>
            <w:shd w:val="clear" w:color="auto" w:fill="EAF1F8"/>
          </w:tcPr>
          <w:p w14:paraId="1C01306E" w14:textId="77777777" w:rsidR="00B803EC" w:rsidRDefault="007858D5">
            <w:pPr>
              <w:jc w:val="center"/>
            </w:pPr>
            <w:r>
              <w:rPr>
                <w:b/>
                <w:color w:val="0B2F63"/>
                <w:sz w:val="16"/>
              </w:rPr>
              <w:t>Reason for Leaving</w:t>
            </w:r>
          </w:p>
        </w:tc>
      </w:tr>
      <w:tr w:rsidR="00B803EC" w14:paraId="14C1F78B" w14:textId="77777777">
        <w:trPr>
          <w:cantSplit/>
          <w:trHeight w:val="580"/>
          <w:jc w:val="center"/>
        </w:trPr>
        <w:tc>
          <w:tcPr>
            <w:tcW w:w="2304" w:type="dxa"/>
            <w:tcBorders>
              <w:top w:val="single" w:sz="4" w:space="0" w:color="9BB2C8"/>
              <w:left w:val="single" w:sz="4" w:space="0" w:color="9BB2C8"/>
              <w:bottom w:val="single" w:sz="4" w:space="0" w:color="9BB2C8"/>
              <w:right w:val="single" w:sz="4" w:space="0" w:color="9BB2C8"/>
            </w:tcBorders>
          </w:tcPr>
          <w:p w14:paraId="77EDB366" w14:textId="77777777" w:rsidR="00B803EC" w:rsidRDefault="00B803EC"/>
        </w:tc>
        <w:tc>
          <w:tcPr>
            <w:tcW w:w="3456" w:type="dxa"/>
            <w:tcBorders>
              <w:top w:val="single" w:sz="4" w:space="0" w:color="9BB2C8"/>
              <w:left w:val="single" w:sz="4" w:space="0" w:color="9BB2C8"/>
              <w:bottom w:val="single" w:sz="4" w:space="0" w:color="9BB2C8"/>
              <w:right w:val="single" w:sz="4" w:space="0" w:color="9BB2C8"/>
            </w:tcBorders>
          </w:tcPr>
          <w:p w14:paraId="75084577" w14:textId="77777777" w:rsidR="00B803EC" w:rsidRDefault="00B803EC"/>
        </w:tc>
        <w:tc>
          <w:tcPr>
            <w:tcW w:w="1440" w:type="dxa"/>
            <w:tcBorders>
              <w:top w:val="single" w:sz="4" w:space="0" w:color="9BB2C8"/>
              <w:left w:val="single" w:sz="4" w:space="0" w:color="9BB2C8"/>
              <w:bottom w:val="single" w:sz="4" w:space="0" w:color="9BB2C8"/>
              <w:right w:val="single" w:sz="4" w:space="0" w:color="9BB2C8"/>
            </w:tcBorders>
          </w:tcPr>
          <w:p w14:paraId="595DD858" w14:textId="77777777" w:rsidR="00B803EC" w:rsidRDefault="00B803EC"/>
        </w:tc>
        <w:tc>
          <w:tcPr>
            <w:tcW w:w="2232" w:type="dxa"/>
            <w:tcBorders>
              <w:top w:val="single" w:sz="4" w:space="0" w:color="9BB2C8"/>
              <w:left w:val="single" w:sz="4" w:space="0" w:color="9BB2C8"/>
              <w:bottom w:val="single" w:sz="4" w:space="0" w:color="9BB2C8"/>
              <w:right w:val="single" w:sz="4" w:space="0" w:color="9BB2C8"/>
            </w:tcBorders>
          </w:tcPr>
          <w:p w14:paraId="00419A63" w14:textId="77777777" w:rsidR="00B803EC" w:rsidRDefault="00B803EC"/>
        </w:tc>
        <w:tc>
          <w:tcPr>
            <w:tcW w:w="1800" w:type="dxa"/>
            <w:tcBorders>
              <w:top w:val="single" w:sz="4" w:space="0" w:color="9BB2C8"/>
              <w:left w:val="single" w:sz="4" w:space="0" w:color="9BB2C8"/>
              <w:bottom w:val="single" w:sz="4" w:space="0" w:color="9BB2C8"/>
              <w:right w:val="single" w:sz="4" w:space="0" w:color="9BB2C8"/>
            </w:tcBorders>
          </w:tcPr>
          <w:p w14:paraId="6FCC8973" w14:textId="77777777" w:rsidR="00B803EC" w:rsidRDefault="00B803EC"/>
        </w:tc>
      </w:tr>
      <w:tr w:rsidR="00B803EC" w14:paraId="5AD9EE50" w14:textId="77777777">
        <w:trPr>
          <w:cantSplit/>
          <w:trHeight w:val="580"/>
          <w:jc w:val="center"/>
        </w:trPr>
        <w:tc>
          <w:tcPr>
            <w:tcW w:w="2304" w:type="dxa"/>
            <w:tcBorders>
              <w:top w:val="single" w:sz="4" w:space="0" w:color="9BB2C8"/>
              <w:left w:val="single" w:sz="4" w:space="0" w:color="9BB2C8"/>
              <w:bottom w:val="single" w:sz="4" w:space="0" w:color="9BB2C8"/>
              <w:right w:val="single" w:sz="4" w:space="0" w:color="9BB2C8"/>
            </w:tcBorders>
          </w:tcPr>
          <w:p w14:paraId="70424D9C" w14:textId="77777777" w:rsidR="00B803EC" w:rsidRDefault="00B803EC"/>
        </w:tc>
        <w:tc>
          <w:tcPr>
            <w:tcW w:w="3456" w:type="dxa"/>
            <w:tcBorders>
              <w:top w:val="single" w:sz="4" w:space="0" w:color="9BB2C8"/>
              <w:left w:val="single" w:sz="4" w:space="0" w:color="9BB2C8"/>
              <w:bottom w:val="single" w:sz="4" w:space="0" w:color="9BB2C8"/>
              <w:right w:val="single" w:sz="4" w:space="0" w:color="9BB2C8"/>
            </w:tcBorders>
          </w:tcPr>
          <w:p w14:paraId="3AA849C4" w14:textId="77777777" w:rsidR="00B803EC" w:rsidRDefault="00B803EC"/>
        </w:tc>
        <w:tc>
          <w:tcPr>
            <w:tcW w:w="1440" w:type="dxa"/>
            <w:tcBorders>
              <w:top w:val="single" w:sz="4" w:space="0" w:color="9BB2C8"/>
              <w:left w:val="single" w:sz="4" w:space="0" w:color="9BB2C8"/>
              <w:bottom w:val="single" w:sz="4" w:space="0" w:color="9BB2C8"/>
              <w:right w:val="single" w:sz="4" w:space="0" w:color="9BB2C8"/>
            </w:tcBorders>
          </w:tcPr>
          <w:p w14:paraId="6522B3DA" w14:textId="77777777" w:rsidR="00B803EC" w:rsidRDefault="00B803EC"/>
        </w:tc>
        <w:tc>
          <w:tcPr>
            <w:tcW w:w="2232" w:type="dxa"/>
            <w:tcBorders>
              <w:top w:val="single" w:sz="4" w:space="0" w:color="9BB2C8"/>
              <w:left w:val="single" w:sz="4" w:space="0" w:color="9BB2C8"/>
              <w:bottom w:val="single" w:sz="4" w:space="0" w:color="9BB2C8"/>
              <w:right w:val="single" w:sz="4" w:space="0" w:color="9BB2C8"/>
            </w:tcBorders>
          </w:tcPr>
          <w:p w14:paraId="7F5A8F41" w14:textId="77777777" w:rsidR="00B803EC" w:rsidRDefault="00B803EC"/>
        </w:tc>
        <w:tc>
          <w:tcPr>
            <w:tcW w:w="1800" w:type="dxa"/>
            <w:tcBorders>
              <w:top w:val="single" w:sz="4" w:space="0" w:color="9BB2C8"/>
              <w:left w:val="single" w:sz="4" w:space="0" w:color="9BB2C8"/>
              <w:bottom w:val="single" w:sz="4" w:space="0" w:color="9BB2C8"/>
              <w:right w:val="single" w:sz="4" w:space="0" w:color="9BB2C8"/>
            </w:tcBorders>
          </w:tcPr>
          <w:p w14:paraId="5036A161" w14:textId="77777777" w:rsidR="00B803EC" w:rsidRDefault="00B803EC"/>
        </w:tc>
      </w:tr>
      <w:tr w:rsidR="00B803EC" w14:paraId="368781A4" w14:textId="77777777">
        <w:trPr>
          <w:cantSplit/>
          <w:trHeight w:val="580"/>
          <w:jc w:val="center"/>
        </w:trPr>
        <w:tc>
          <w:tcPr>
            <w:tcW w:w="2304" w:type="dxa"/>
            <w:tcBorders>
              <w:top w:val="single" w:sz="4" w:space="0" w:color="9BB2C8"/>
              <w:left w:val="single" w:sz="4" w:space="0" w:color="9BB2C8"/>
              <w:bottom w:val="single" w:sz="4" w:space="0" w:color="9BB2C8"/>
              <w:right w:val="single" w:sz="4" w:space="0" w:color="9BB2C8"/>
            </w:tcBorders>
          </w:tcPr>
          <w:p w14:paraId="7598585D" w14:textId="77777777" w:rsidR="00B803EC" w:rsidRDefault="00B803EC"/>
        </w:tc>
        <w:tc>
          <w:tcPr>
            <w:tcW w:w="3456" w:type="dxa"/>
            <w:tcBorders>
              <w:top w:val="single" w:sz="4" w:space="0" w:color="9BB2C8"/>
              <w:left w:val="single" w:sz="4" w:space="0" w:color="9BB2C8"/>
              <w:bottom w:val="single" w:sz="4" w:space="0" w:color="9BB2C8"/>
              <w:right w:val="single" w:sz="4" w:space="0" w:color="9BB2C8"/>
            </w:tcBorders>
          </w:tcPr>
          <w:p w14:paraId="7082D7CD" w14:textId="77777777" w:rsidR="00B803EC" w:rsidRDefault="00B803EC"/>
        </w:tc>
        <w:tc>
          <w:tcPr>
            <w:tcW w:w="1440" w:type="dxa"/>
            <w:tcBorders>
              <w:top w:val="single" w:sz="4" w:space="0" w:color="9BB2C8"/>
              <w:left w:val="single" w:sz="4" w:space="0" w:color="9BB2C8"/>
              <w:bottom w:val="single" w:sz="4" w:space="0" w:color="9BB2C8"/>
              <w:right w:val="single" w:sz="4" w:space="0" w:color="9BB2C8"/>
            </w:tcBorders>
          </w:tcPr>
          <w:p w14:paraId="669DC297" w14:textId="77777777" w:rsidR="00B803EC" w:rsidRDefault="00B803EC"/>
        </w:tc>
        <w:tc>
          <w:tcPr>
            <w:tcW w:w="2232" w:type="dxa"/>
            <w:tcBorders>
              <w:top w:val="single" w:sz="4" w:space="0" w:color="9BB2C8"/>
              <w:left w:val="single" w:sz="4" w:space="0" w:color="9BB2C8"/>
              <w:bottom w:val="single" w:sz="4" w:space="0" w:color="9BB2C8"/>
              <w:right w:val="single" w:sz="4" w:space="0" w:color="9BB2C8"/>
            </w:tcBorders>
          </w:tcPr>
          <w:p w14:paraId="4D3F0315" w14:textId="77777777" w:rsidR="00B803EC" w:rsidRDefault="00B803EC"/>
        </w:tc>
        <w:tc>
          <w:tcPr>
            <w:tcW w:w="1800" w:type="dxa"/>
            <w:tcBorders>
              <w:top w:val="single" w:sz="4" w:space="0" w:color="9BB2C8"/>
              <w:left w:val="single" w:sz="4" w:space="0" w:color="9BB2C8"/>
              <w:bottom w:val="single" w:sz="4" w:space="0" w:color="9BB2C8"/>
              <w:right w:val="single" w:sz="4" w:space="0" w:color="9BB2C8"/>
            </w:tcBorders>
          </w:tcPr>
          <w:p w14:paraId="05660982" w14:textId="77777777" w:rsidR="00B803EC" w:rsidRDefault="00B803EC"/>
        </w:tc>
      </w:tr>
    </w:tbl>
    <w:p w14:paraId="07853A03" w14:textId="77777777" w:rsidR="00B803EC" w:rsidRDefault="007858D5">
      <w:pPr>
        <w:keepNext/>
        <w:pBdr>
          <w:bottom w:val="single" w:sz="10" w:space="2" w:color="E6A800"/>
        </w:pBdr>
        <w:spacing w:before="140" w:after="60"/>
      </w:pPr>
      <w:r>
        <w:rPr>
          <w:b/>
          <w:color w:val="0B2F63"/>
          <w:sz w:val="26"/>
        </w:rPr>
        <w:t>10. Professional References</w:t>
      </w:r>
    </w:p>
    <w:tbl>
      <w:tblPr>
        <w:tblW w:w="0" w:type="auto"/>
        <w:jc w:val="center"/>
        <w:tblLook w:val="04A0" w:firstRow="1" w:lastRow="0" w:firstColumn="1" w:lastColumn="0" w:noHBand="0" w:noVBand="1"/>
      </w:tblPr>
      <w:tblGrid>
        <w:gridCol w:w="2770"/>
        <w:gridCol w:w="3053"/>
        <w:gridCol w:w="3296"/>
        <w:gridCol w:w="1671"/>
      </w:tblGrid>
      <w:tr w:rsidR="00B803EC" w14:paraId="06AA116D" w14:textId="77777777">
        <w:trPr>
          <w:cantSplit/>
          <w:jc w:val="center"/>
        </w:trPr>
        <w:tc>
          <w:tcPr>
            <w:tcW w:w="2880" w:type="dxa"/>
            <w:tcBorders>
              <w:top w:val="single" w:sz="4" w:space="0" w:color="9BB2C8"/>
              <w:left w:val="single" w:sz="4" w:space="0" w:color="9BB2C8"/>
              <w:bottom w:val="single" w:sz="4" w:space="0" w:color="9BB2C8"/>
              <w:right w:val="single" w:sz="4" w:space="0" w:color="9BB2C8"/>
            </w:tcBorders>
            <w:shd w:val="clear" w:color="auto" w:fill="EAF1F8"/>
          </w:tcPr>
          <w:p w14:paraId="1D0F38DE" w14:textId="77777777" w:rsidR="00B803EC" w:rsidRDefault="007858D5">
            <w:pPr>
              <w:jc w:val="center"/>
            </w:pPr>
            <w:r>
              <w:rPr>
                <w:b/>
                <w:color w:val="0B2F63"/>
                <w:sz w:val="16"/>
              </w:rPr>
              <w:t>Reference Name</w:t>
            </w:r>
          </w:p>
        </w:tc>
        <w:tc>
          <w:tcPr>
            <w:tcW w:w="3168" w:type="dxa"/>
            <w:tcBorders>
              <w:top w:val="single" w:sz="4" w:space="0" w:color="9BB2C8"/>
              <w:left w:val="single" w:sz="4" w:space="0" w:color="9BB2C8"/>
              <w:bottom w:val="single" w:sz="4" w:space="0" w:color="9BB2C8"/>
              <w:right w:val="single" w:sz="4" w:space="0" w:color="9BB2C8"/>
            </w:tcBorders>
            <w:shd w:val="clear" w:color="auto" w:fill="EAF1F8"/>
          </w:tcPr>
          <w:p w14:paraId="6C0563D4" w14:textId="77777777" w:rsidR="00B803EC" w:rsidRDefault="007858D5">
            <w:pPr>
              <w:jc w:val="center"/>
            </w:pPr>
            <w:r>
              <w:rPr>
                <w:b/>
                <w:color w:val="0B2F63"/>
                <w:sz w:val="16"/>
              </w:rPr>
              <w:t>Relationship / Organization</w:t>
            </w:r>
          </w:p>
        </w:tc>
        <w:tc>
          <w:tcPr>
            <w:tcW w:w="3456" w:type="dxa"/>
            <w:tcBorders>
              <w:top w:val="single" w:sz="4" w:space="0" w:color="9BB2C8"/>
              <w:left w:val="single" w:sz="4" w:space="0" w:color="9BB2C8"/>
              <w:bottom w:val="single" w:sz="4" w:space="0" w:color="9BB2C8"/>
              <w:right w:val="single" w:sz="4" w:space="0" w:color="9BB2C8"/>
            </w:tcBorders>
            <w:shd w:val="clear" w:color="auto" w:fill="EAF1F8"/>
          </w:tcPr>
          <w:p w14:paraId="25D3AB49" w14:textId="77777777" w:rsidR="00B803EC" w:rsidRDefault="007858D5">
            <w:pPr>
              <w:jc w:val="center"/>
            </w:pPr>
            <w:r>
              <w:rPr>
                <w:b/>
                <w:color w:val="0B2F63"/>
                <w:sz w:val="16"/>
              </w:rPr>
              <w:t>Phone / Email</w:t>
            </w:r>
          </w:p>
        </w:tc>
        <w:tc>
          <w:tcPr>
            <w:tcW w:w="1728" w:type="dxa"/>
            <w:tcBorders>
              <w:top w:val="single" w:sz="4" w:space="0" w:color="9BB2C8"/>
              <w:left w:val="single" w:sz="4" w:space="0" w:color="9BB2C8"/>
              <w:bottom w:val="single" w:sz="4" w:space="0" w:color="9BB2C8"/>
              <w:right w:val="single" w:sz="4" w:space="0" w:color="9BB2C8"/>
            </w:tcBorders>
            <w:shd w:val="clear" w:color="auto" w:fill="EAF1F8"/>
          </w:tcPr>
          <w:p w14:paraId="445EDF51" w14:textId="77777777" w:rsidR="00B803EC" w:rsidRDefault="007858D5">
            <w:pPr>
              <w:jc w:val="center"/>
            </w:pPr>
            <w:r>
              <w:rPr>
                <w:b/>
                <w:color w:val="0B2F63"/>
                <w:sz w:val="16"/>
              </w:rPr>
              <w:t>Years Known</w:t>
            </w:r>
          </w:p>
        </w:tc>
      </w:tr>
      <w:tr w:rsidR="00B803EC" w14:paraId="16A1FD89" w14:textId="77777777">
        <w:trPr>
          <w:cantSplit/>
          <w:trHeight w:val="420"/>
          <w:jc w:val="center"/>
        </w:trPr>
        <w:tc>
          <w:tcPr>
            <w:tcW w:w="2880" w:type="dxa"/>
            <w:tcBorders>
              <w:top w:val="single" w:sz="4" w:space="0" w:color="9BB2C8"/>
              <w:left w:val="single" w:sz="4" w:space="0" w:color="9BB2C8"/>
              <w:bottom w:val="single" w:sz="4" w:space="0" w:color="9BB2C8"/>
              <w:right w:val="single" w:sz="4" w:space="0" w:color="9BB2C8"/>
            </w:tcBorders>
          </w:tcPr>
          <w:p w14:paraId="456B44C2" w14:textId="77777777" w:rsidR="00B803EC" w:rsidRDefault="00B803EC"/>
        </w:tc>
        <w:tc>
          <w:tcPr>
            <w:tcW w:w="3168" w:type="dxa"/>
            <w:tcBorders>
              <w:top w:val="single" w:sz="4" w:space="0" w:color="9BB2C8"/>
              <w:left w:val="single" w:sz="4" w:space="0" w:color="9BB2C8"/>
              <w:bottom w:val="single" w:sz="4" w:space="0" w:color="9BB2C8"/>
              <w:right w:val="single" w:sz="4" w:space="0" w:color="9BB2C8"/>
            </w:tcBorders>
          </w:tcPr>
          <w:p w14:paraId="3F39AF3A" w14:textId="77777777" w:rsidR="00B803EC" w:rsidRDefault="00B803EC"/>
        </w:tc>
        <w:tc>
          <w:tcPr>
            <w:tcW w:w="3456" w:type="dxa"/>
            <w:tcBorders>
              <w:top w:val="single" w:sz="4" w:space="0" w:color="9BB2C8"/>
              <w:left w:val="single" w:sz="4" w:space="0" w:color="9BB2C8"/>
              <w:bottom w:val="single" w:sz="4" w:space="0" w:color="9BB2C8"/>
              <w:right w:val="single" w:sz="4" w:space="0" w:color="9BB2C8"/>
            </w:tcBorders>
          </w:tcPr>
          <w:p w14:paraId="23041B5D" w14:textId="77777777" w:rsidR="00B803EC" w:rsidRDefault="00B803EC"/>
        </w:tc>
        <w:tc>
          <w:tcPr>
            <w:tcW w:w="1728" w:type="dxa"/>
            <w:tcBorders>
              <w:top w:val="single" w:sz="4" w:space="0" w:color="9BB2C8"/>
              <w:left w:val="single" w:sz="4" w:space="0" w:color="9BB2C8"/>
              <w:bottom w:val="single" w:sz="4" w:space="0" w:color="9BB2C8"/>
              <w:right w:val="single" w:sz="4" w:space="0" w:color="9BB2C8"/>
            </w:tcBorders>
          </w:tcPr>
          <w:p w14:paraId="6F9A89B6" w14:textId="77777777" w:rsidR="00B803EC" w:rsidRDefault="00B803EC"/>
        </w:tc>
      </w:tr>
      <w:tr w:rsidR="00B803EC" w14:paraId="528D6880" w14:textId="77777777">
        <w:trPr>
          <w:cantSplit/>
          <w:trHeight w:val="420"/>
          <w:jc w:val="center"/>
        </w:trPr>
        <w:tc>
          <w:tcPr>
            <w:tcW w:w="2880" w:type="dxa"/>
            <w:tcBorders>
              <w:top w:val="single" w:sz="4" w:space="0" w:color="9BB2C8"/>
              <w:left w:val="single" w:sz="4" w:space="0" w:color="9BB2C8"/>
              <w:bottom w:val="single" w:sz="4" w:space="0" w:color="9BB2C8"/>
              <w:right w:val="single" w:sz="4" w:space="0" w:color="9BB2C8"/>
            </w:tcBorders>
          </w:tcPr>
          <w:p w14:paraId="5F883255" w14:textId="77777777" w:rsidR="00B803EC" w:rsidRDefault="00B803EC"/>
        </w:tc>
        <w:tc>
          <w:tcPr>
            <w:tcW w:w="3168" w:type="dxa"/>
            <w:tcBorders>
              <w:top w:val="single" w:sz="4" w:space="0" w:color="9BB2C8"/>
              <w:left w:val="single" w:sz="4" w:space="0" w:color="9BB2C8"/>
              <w:bottom w:val="single" w:sz="4" w:space="0" w:color="9BB2C8"/>
              <w:right w:val="single" w:sz="4" w:space="0" w:color="9BB2C8"/>
            </w:tcBorders>
          </w:tcPr>
          <w:p w14:paraId="06FFBE40" w14:textId="77777777" w:rsidR="00B803EC" w:rsidRDefault="00B803EC"/>
        </w:tc>
        <w:tc>
          <w:tcPr>
            <w:tcW w:w="3456" w:type="dxa"/>
            <w:tcBorders>
              <w:top w:val="single" w:sz="4" w:space="0" w:color="9BB2C8"/>
              <w:left w:val="single" w:sz="4" w:space="0" w:color="9BB2C8"/>
              <w:bottom w:val="single" w:sz="4" w:space="0" w:color="9BB2C8"/>
              <w:right w:val="single" w:sz="4" w:space="0" w:color="9BB2C8"/>
            </w:tcBorders>
          </w:tcPr>
          <w:p w14:paraId="1C3248C9" w14:textId="77777777" w:rsidR="00B803EC" w:rsidRDefault="00B803EC"/>
        </w:tc>
        <w:tc>
          <w:tcPr>
            <w:tcW w:w="1728" w:type="dxa"/>
            <w:tcBorders>
              <w:top w:val="single" w:sz="4" w:space="0" w:color="9BB2C8"/>
              <w:left w:val="single" w:sz="4" w:space="0" w:color="9BB2C8"/>
              <w:bottom w:val="single" w:sz="4" w:space="0" w:color="9BB2C8"/>
              <w:right w:val="single" w:sz="4" w:space="0" w:color="9BB2C8"/>
            </w:tcBorders>
          </w:tcPr>
          <w:p w14:paraId="501F0EF3" w14:textId="77777777" w:rsidR="00B803EC" w:rsidRDefault="00B803EC"/>
        </w:tc>
      </w:tr>
      <w:tr w:rsidR="00B803EC" w14:paraId="437C98D1" w14:textId="77777777">
        <w:trPr>
          <w:cantSplit/>
          <w:trHeight w:val="420"/>
          <w:jc w:val="center"/>
        </w:trPr>
        <w:tc>
          <w:tcPr>
            <w:tcW w:w="2880" w:type="dxa"/>
            <w:tcBorders>
              <w:top w:val="single" w:sz="4" w:space="0" w:color="9BB2C8"/>
              <w:left w:val="single" w:sz="4" w:space="0" w:color="9BB2C8"/>
              <w:bottom w:val="single" w:sz="4" w:space="0" w:color="9BB2C8"/>
              <w:right w:val="single" w:sz="4" w:space="0" w:color="9BB2C8"/>
            </w:tcBorders>
          </w:tcPr>
          <w:p w14:paraId="15EEE9BE" w14:textId="77777777" w:rsidR="00B803EC" w:rsidRDefault="00B803EC"/>
        </w:tc>
        <w:tc>
          <w:tcPr>
            <w:tcW w:w="3168" w:type="dxa"/>
            <w:tcBorders>
              <w:top w:val="single" w:sz="4" w:space="0" w:color="9BB2C8"/>
              <w:left w:val="single" w:sz="4" w:space="0" w:color="9BB2C8"/>
              <w:bottom w:val="single" w:sz="4" w:space="0" w:color="9BB2C8"/>
              <w:right w:val="single" w:sz="4" w:space="0" w:color="9BB2C8"/>
            </w:tcBorders>
          </w:tcPr>
          <w:p w14:paraId="0989DF71" w14:textId="77777777" w:rsidR="00B803EC" w:rsidRDefault="00B803EC"/>
        </w:tc>
        <w:tc>
          <w:tcPr>
            <w:tcW w:w="3456" w:type="dxa"/>
            <w:tcBorders>
              <w:top w:val="single" w:sz="4" w:space="0" w:color="9BB2C8"/>
              <w:left w:val="single" w:sz="4" w:space="0" w:color="9BB2C8"/>
              <w:bottom w:val="single" w:sz="4" w:space="0" w:color="9BB2C8"/>
              <w:right w:val="single" w:sz="4" w:space="0" w:color="9BB2C8"/>
            </w:tcBorders>
          </w:tcPr>
          <w:p w14:paraId="094D951F" w14:textId="77777777" w:rsidR="00B803EC" w:rsidRDefault="00B803EC"/>
        </w:tc>
        <w:tc>
          <w:tcPr>
            <w:tcW w:w="1728" w:type="dxa"/>
            <w:tcBorders>
              <w:top w:val="single" w:sz="4" w:space="0" w:color="9BB2C8"/>
              <w:left w:val="single" w:sz="4" w:space="0" w:color="9BB2C8"/>
              <w:bottom w:val="single" w:sz="4" w:space="0" w:color="9BB2C8"/>
              <w:right w:val="single" w:sz="4" w:space="0" w:color="9BB2C8"/>
            </w:tcBorders>
          </w:tcPr>
          <w:p w14:paraId="005E7A0B" w14:textId="77777777" w:rsidR="00B803EC" w:rsidRDefault="00B803EC"/>
        </w:tc>
      </w:tr>
    </w:tbl>
    <w:p w14:paraId="1DFF52D6" w14:textId="77777777" w:rsidR="00B803EC" w:rsidRDefault="007858D5">
      <w:pPr>
        <w:keepNext/>
        <w:pBdr>
          <w:bottom w:val="single" w:sz="10" w:space="2" w:color="E6A800"/>
        </w:pBdr>
        <w:spacing w:before="140" w:after="60"/>
      </w:pPr>
      <w:r>
        <w:rPr>
          <w:b/>
          <w:color w:val="0B2F63"/>
          <w:sz w:val="26"/>
        </w:rPr>
        <w:t>11. Documentation and Communication Skills</w:t>
      </w:r>
    </w:p>
    <w:tbl>
      <w:tblPr>
        <w:tblW w:w="0" w:type="auto"/>
        <w:jc w:val="center"/>
        <w:tblLook w:val="04A0" w:firstRow="1" w:lastRow="0" w:firstColumn="1" w:lastColumn="0" w:noHBand="0" w:noVBand="1"/>
      </w:tblPr>
      <w:tblGrid>
        <w:gridCol w:w="6634"/>
        <w:gridCol w:w="4156"/>
      </w:tblGrid>
      <w:tr w:rsidR="00B803EC" w14:paraId="2817EB9D" w14:textId="77777777">
        <w:trPr>
          <w:cantSplit/>
          <w:jc w:val="center"/>
        </w:trPr>
        <w:tc>
          <w:tcPr>
            <w:tcW w:w="6912" w:type="dxa"/>
            <w:tcBorders>
              <w:top w:val="single" w:sz="4" w:space="0" w:color="9BB2C8"/>
              <w:left w:val="single" w:sz="4" w:space="0" w:color="9BB2C8"/>
              <w:bottom w:val="single" w:sz="4" w:space="0" w:color="9BB2C8"/>
              <w:right w:val="single" w:sz="4" w:space="0" w:color="9BB2C8"/>
            </w:tcBorders>
          </w:tcPr>
          <w:p w14:paraId="6719937D" w14:textId="77777777" w:rsidR="00B803EC" w:rsidRDefault="007858D5">
            <w:r>
              <w:rPr>
                <w:sz w:val="17"/>
              </w:rPr>
              <w:t>Can you read and follow participant program documents, such as ISPs, behavior/safety plans, medication-support instructions, schedules, and agency policies?</w:t>
            </w:r>
          </w:p>
        </w:tc>
        <w:tc>
          <w:tcPr>
            <w:tcW w:w="4320" w:type="dxa"/>
            <w:tcBorders>
              <w:top w:val="single" w:sz="4" w:space="0" w:color="9BB2C8"/>
              <w:left w:val="single" w:sz="4" w:space="0" w:color="9BB2C8"/>
              <w:bottom w:val="single" w:sz="4" w:space="0" w:color="9BB2C8"/>
              <w:right w:val="single" w:sz="4" w:space="0" w:color="9BB2C8"/>
            </w:tcBorders>
          </w:tcPr>
          <w:p w14:paraId="5B3C01A5" w14:textId="77777777" w:rsidR="00B803EC" w:rsidRDefault="007858D5">
            <w:r>
              <w:rPr>
                <w:sz w:val="17"/>
              </w:rPr>
              <w:t>☐</w:t>
            </w:r>
            <w:r>
              <w:rPr>
                <w:sz w:val="17"/>
              </w:rPr>
              <w:t xml:space="preserve"> Yes  ☐ No  ☐ Need training / more information</w:t>
            </w:r>
          </w:p>
        </w:tc>
      </w:tr>
      <w:tr w:rsidR="00B803EC" w14:paraId="44079184" w14:textId="77777777">
        <w:trPr>
          <w:cantSplit/>
          <w:jc w:val="center"/>
        </w:trPr>
        <w:tc>
          <w:tcPr>
            <w:tcW w:w="6912" w:type="dxa"/>
            <w:tcBorders>
              <w:top w:val="single" w:sz="4" w:space="0" w:color="9BB2C8"/>
              <w:left w:val="single" w:sz="4" w:space="0" w:color="9BB2C8"/>
              <w:bottom w:val="single" w:sz="4" w:space="0" w:color="9BB2C8"/>
              <w:right w:val="single" w:sz="4" w:space="0" w:color="9BB2C8"/>
            </w:tcBorders>
          </w:tcPr>
          <w:p w14:paraId="38B6A341" w14:textId="77777777" w:rsidR="00B803EC" w:rsidRDefault="007858D5">
            <w:r>
              <w:rPr>
                <w:sz w:val="17"/>
              </w:rPr>
              <w:t>Can you write clear, factual, professional notes and incident documentation without opinions, gossip, or unnecessary private details?</w:t>
            </w:r>
          </w:p>
        </w:tc>
        <w:tc>
          <w:tcPr>
            <w:tcW w:w="4320" w:type="dxa"/>
            <w:tcBorders>
              <w:top w:val="single" w:sz="4" w:space="0" w:color="9BB2C8"/>
              <w:left w:val="single" w:sz="4" w:space="0" w:color="9BB2C8"/>
              <w:bottom w:val="single" w:sz="4" w:space="0" w:color="9BB2C8"/>
              <w:right w:val="single" w:sz="4" w:space="0" w:color="9BB2C8"/>
            </w:tcBorders>
          </w:tcPr>
          <w:p w14:paraId="51A1B773" w14:textId="77777777" w:rsidR="00B803EC" w:rsidRDefault="007858D5">
            <w:r>
              <w:rPr>
                <w:sz w:val="17"/>
              </w:rPr>
              <w:t>☐</w:t>
            </w:r>
            <w:r>
              <w:rPr>
                <w:sz w:val="17"/>
              </w:rPr>
              <w:t xml:space="preserve"> Yes  ☐ No  ☐ Need training / more information</w:t>
            </w:r>
          </w:p>
        </w:tc>
      </w:tr>
    </w:tbl>
    <w:p w14:paraId="71664D84" w14:textId="77777777" w:rsidR="00B803EC" w:rsidRDefault="007858D5">
      <w:pPr>
        <w:spacing w:before="60" w:after="20"/>
      </w:pPr>
      <w:r>
        <w:rPr>
          <w:b/>
          <w:color w:val="0B2F63"/>
          <w:sz w:val="17"/>
        </w:rPr>
        <w:t>Writing sample: A participant declines to take scheduled medication. Write an objective note describing what happened, what you did, who was notified, and the participant's current status. Do not include unnecessary opinions.</w:t>
      </w:r>
    </w:p>
    <w:p w14:paraId="7CB8B59D" w14:textId="77777777" w:rsidR="00B803EC" w:rsidRDefault="007858D5">
      <w:pPr>
        <w:spacing w:after="20"/>
      </w:pPr>
      <w:r>
        <w:rPr>
          <w:color w:val="666666"/>
          <w:sz w:val="14"/>
        </w:rPr>
        <w:t>______________________________________________________________________________________________________________</w:t>
      </w:r>
    </w:p>
    <w:p w14:paraId="551C4131" w14:textId="77777777" w:rsidR="00B803EC" w:rsidRDefault="007858D5">
      <w:pPr>
        <w:spacing w:after="20"/>
      </w:pPr>
      <w:r>
        <w:rPr>
          <w:color w:val="666666"/>
          <w:sz w:val="14"/>
        </w:rPr>
        <w:t>______________________________________________________________________________________________________________</w:t>
      </w:r>
    </w:p>
    <w:p w14:paraId="37FDEA10" w14:textId="77777777" w:rsidR="00B803EC" w:rsidRDefault="007858D5">
      <w:pPr>
        <w:spacing w:after="20"/>
      </w:pPr>
      <w:r>
        <w:rPr>
          <w:color w:val="666666"/>
          <w:sz w:val="14"/>
        </w:rPr>
        <w:t>______________________________________________________________________________________________________________</w:t>
      </w:r>
    </w:p>
    <w:p w14:paraId="23094BEB" w14:textId="77777777" w:rsidR="00B803EC" w:rsidRDefault="007858D5">
      <w:pPr>
        <w:spacing w:after="20"/>
      </w:pPr>
      <w:r>
        <w:rPr>
          <w:color w:val="666666"/>
          <w:sz w:val="14"/>
        </w:rPr>
        <w:t>______________________________________________________________________________________________________________</w:t>
      </w:r>
    </w:p>
    <w:p w14:paraId="36B243A0" w14:textId="77777777" w:rsidR="00B803EC" w:rsidRDefault="007858D5">
      <w:pPr>
        <w:spacing w:after="20"/>
      </w:pPr>
      <w:r>
        <w:rPr>
          <w:color w:val="666666"/>
          <w:sz w:val="14"/>
        </w:rPr>
        <w:t>______________________________________________________________________________________________________________</w:t>
      </w:r>
    </w:p>
    <w:p w14:paraId="6FD90F03" w14:textId="77777777" w:rsidR="00B803EC" w:rsidRDefault="007858D5">
      <w:pPr>
        <w:keepNext/>
        <w:pBdr>
          <w:bottom w:val="single" w:sz="10" w:space="2" w:color="E6A800"/>
        </w:pBdr>
        <w:spacing w:before="140" w:after="60"/>
      </w:pPr>
      <w:r>
        <w:rPr>
          <w:b/>
          <w:color w:val="0B2F63"/>
          <w:sz w:val="26"/>
        </w:rPr>
        <w:t>12. Background Checks, Registries, and Eligibility Review</w:t>
      </w:r>
    </w:p>
    <w:p w14:paraId="7521E7A3" w14:textId="77777777" w:rsidR="00B803EC" w:rsidRDefault="007858D5">
      <w:pPr>
        <w:spacing w:after="60"/>
      </w:pPr>
      <w:r>
        <w:rPr>
          <w:sz w:val="17"/>
        </w:rPr>
        <w:t>A Place Meant conducts background checks and registry checks required by federal law, Nebraska law, DHHS/program rules, payer requirements, contract requirements, and agency policy. Checks may include criminal history, Nebraska State Patrol/FBI fingerprinting when applicable, child/adult protective services registries, sex offender registry, motor vehicle record for driving roles, Medicaid/OIG/SAM exclusion checks, professional-license checks when applicable, and reference checks.</w:t>
      </w:r>
    </w:p>
    <w:p w14:paraId="30C05AAB" w14:textId="77777777" w:rsidR="00B803EC" w:rsidRDefault="007858D5">
      <w:pPr>
        <w:spacing w:after="60"/>
      </w:pPr>
      <w:r>
        <w:rPr>
          <w:sz w:val="17"/>
        </w:rPr>
        <w:t>A criminal record, pending charge, registry finding, or driving record issue may affect eligibility depending on mandatory exclusion rules, job-related risk, participant safety, payer requirements, time since the event, rehabilitation information, and individualized review where permitted. APM will not use criminal-history information in a discriminatory manner.</w:t>
      </w:r>
    </w:p>
    <w:tbl>
      <w:tblPr>
        <w:tblW w:w="0" w:type="auto"/>
        <w:jc w:val="center"/>
        <w:tblLook w:val="04A0" w:firstRow="1" w:lastRow="0" w:firstColumn="1" w:lastColumn="0" w:noHBand="0" w:noVBand="1"/>
      </w:tblPr>
      <w:tblGrid>
        <w:gridCol w:w="7330"/>
        <w:gridCol w:w="3460"/>
      </w:tblGrid>
      <w:tr w:rsidR="00B803EC" w14:paraId="446B5DAA" w14:textId="77777777">
        <w:trPr>
          <w:cantSplit/>
          <w:jc w:val="center"/>
        </w:trPr>
        <w:tc>
          <w:tcPr>
            <w:tcW w:w="7632" w:type="dxa"/>
            <w:tcBorders>
              <w:top w:val="single" w:sz="4" w:space="0" w:color="9BB2C8"/>
              <w:left w:val="single" w:sz="4" w:space="0" w:color="9BB2C8"/>
              <w:bottom w:val="single" w:sz="4" w:space="0" w:color="9BB2C8"/>
              <w:right w:val="single" w:sz="4" w:space="0" w:color="9BB2C8"/>
            </w:tcBorders>
          </w:tcPr>
          <w:p w14:paraId="5E630EBD" w14:textId="77777777" w:rsidR="00B803EC" w:rsidRDefault="007858D5">
            <w:r>
              <w:rPr>
                <w:sz w:val="17"/>
              </w:rPr>
              <w:lastRenderedPageBreak/>
              <w:t>Have you ever been convicted of, pled guilty/no contest to, or are you currently charged with an offense that may be relevant to the position or could affect eligibility under DHHS/provider requirements?</w:t>
            </w:r>
          </w:p>
        </w:tc>
        <w:tc>
          <w:tcPr>
            <w:tcW w:w="3600" w:type="dxa"/>
            <w:tcBorders>
              <w:top w:val="single" w:sz="4" w:space="0" w:color="9BB2C8"/>
              <w:left w:val="single" w:sz="4" w:space="0" w:color="9BB2C8"/>
              <w:bottom w:val="single" w:sz="4" w:space="0" w:color="9BB2C8"/>
              <w:right w:val="single" w:sz="4" w:space="0" w:color="9BB2C8"/>
            </w:tcBorders>
          </w:tcPr>
          <w:p w14:paraId="1939407B" w14:textId="77777777" w:rsidR="00B803EC" w:rsidRDefault="007858D5">
            <w:r>
              <w:rPr>
                <w:sz w:val="17"/>
              </w:rPr>
              <w:t>☐</w:t>
            </w:r>
            <w:r>
              <w:rPr>
                <w:sz w:val="17"/>
              </w:rPr>
              <w:t xml:space="preserve"> No  ☐ Yes - Explain below</w:t>
            </w:r>
          </w:p>
        </w:tc>
      </w:tr>
      <w:tr w:rsidR="00B803EC" w14:paraId="1EDE623D" w14:textId="77777777">
        <w:trPr>
          <w:cantSplit/>
          <w:jc w:val="center"/>
        </w:trPr>
        <w:tc>
          <w:tcPr>
            <w:tcW w:w="7632" w:type="dxa"/>
            <w:tcBorders>
              <w:top w:val="single" w:sz="4" w:space="0" w:color="9BB2C8"/>
              <w:left w:val="single" w:sz="4" w:space="0" w:color="9BB2C8"/>
              <w:bottom w:val="single" w:sz="4" w:space="0" w:color="9BB2C8"/>
              <w:right w:val="single" w:sz="4" w:space="0" w:color="9BB2C8"/>
            </w:tcBorders>
          </w:tcPr>
          <w:p w14:paraId="65F51853" w14:textId="77777777" w:rsidR="00B803EC" w:rsidRDefault="007858D5">
            <w:r>
              <w:rPr>
                <w:sz w:val="17"/>
              </w:rPr>
              <w:t>Are you currently listed, or have you ever been substantiated/listed, on a child abuse/neglect registry, adult protective services registry, sex offender registry, Medicaid exclusion list, or professional-license discipline list?</w:t>
            </w:r>
          </w:p>
        </w:tc>
        <w:tc>
          <w:tcPr>
            <w:tcW w:w="3600" w:type="dxa"/>
            <w:tcBorders>
              <w:top w:val="single" w:sz="4" w:space="0" w:color="9BB2C8"/>
              <w:left w:val="single" w:sz="4" w:space="0" w:color="9BB2C8"/>
              <w:bottom w:val="single" w:sz="4" w:space="0" w:color="9BB2C8"/>
              <w:right w:val="single" w:sz="4" w:space="0" w:color="9BB2C8"/>
            </w:tcBorders>
          </w:tcPr>
          <w:p w14:paraId="06B312A1" w14:textId="77777777" w:rsidR="00B803EC" w:rsidRDefault="007858D5">
            <w:r>
              <w:rPr>
                <w:sz w:val="17"/>
              </w:rPr>
              <w:t>☐</w:t>
            </w:r>
            <w:r>
              <w:rPr>
                <w:sz w:val="17"/>
              </w:rPr>
              <w:t xml:space="preserve"> No  ☐ Yes - Explain below</w:t>
            </w:r>
          </w:p>
        </w:tc>
      </w:tr>
      <w:tr w:rsidR="00B803EC" w14:paraId="6C80E4FB" w14:textId="77777777">
        <w:trPr>
          <w:cantSplit/>
          <w:jc w:val="center"/>
        </w:trPr>
        <w:tc>
          <w:tcPr>
            <w:tcW w:w="7632" w:type="dxa"/>
            <w:tcBorders>
              <w:top w:val="single" w:sz="4" w:space="0" w:color="9BB2C8"/>
              <w:left w:val="single" w:sz="4" w:space="0" w:color="9BB2C8"/>
              <w:bottom w:val="single" w:sz="4" w:space="0" w:color="9BB2C8"/>
              <w:right w:val="single" w:sz="4" w:space="0" w:color="9BB2C8"/>
            </w:tcBorders>
          </w:tcPr>
          <w:p w14:paraId="546B7708" w14:textId="77777777" w:rsidR="00B803EC" w:rsidRDefault="007858D5">
            <w:r>
              <w:rPr>
                <w:sz w:val="17"/>
              </w:rPr>
              <w:t>For driving roles only: Have you had a DUI, license suspension/revocation, major moving violation, or at-fault accident that may affect transportation eligibility?</w:t>
            </w:r>
          </w:p>
        </w:tc>
        <w:tc>
          <w:tcPr>
            <w:tcW w:w="3600" w:type="dxa"/>
            <w:tcBorders>
              <w:top w:val="single" w:sz="4" w:space="0" w:color="9BB2C8"/>
              <w:left w:val="single" w:sz="4" w:space="0" w:color="9BB2C8"/>
              <w:bottom w:val="single" w:sz="4" w:space="0" w:color="9BB2C8"/>
              <w:right w:val="single" w:sz="4" w:space="0" w:color="9BB2C8"/>
            </w:tcBorders>
          </w:tcPr>
          <w:p w14:paraId="39C24293" w14:textId="77777777" w:rsidR="00B803EC" w:rsidRDefault="007858D5">
            <w:r>
              <w:rPr>
                <w:sz w:val="17"/>
              </w:rPr>
              <w:t>☐</w:t>
            </w:r>
            <w:r>
              <w:rPr>
                <w:sz w:val="17"/>
              </w:rPr>
              <w:t xml:space="preserve"> No  ☐ Yes  ☐ Not applicable - Explain below if yes</w:t>
            </w:r>
          </w:p>
        </w:tc>
      </w:tr>
    </w:tbl>
    <w:p w14:paraId="27DD5A62" w14:textId="77777777" w:rsidR="00B803EC" w:rsidRDefault="007858D5">
      <w:pPr>
        <w:spacing w:before="40" w:after="20"/>
      </w:pPr>
      <w:r>
        <w:rPr>
          <w:b/>
          <w:color w:val="0B2F63"/>
          <w:sz w:val="17"/>
        </w:rPr>
        <w:t>Explanation, if yes. Include dates, charge/finding, disposition, and any relevant context. Do not include sealed/expunged information unless legally required to disclose.</w:t>
      </w:r>
    </w:p>
    <w:p w14:paraId="71E13C56" w14:textId="77777777" w:rsidR="00B803EC" w:rsidRDefault="007858D5">
      <w:pPr>
        <w:spacing w:after="20"/>
      </w:pPr>
      <w:r>
        <w:rPr>
          <w:color w:val="666666"/>
          <w:sz w:val="14"/>
        </w:rPr>
        <w:t>______________________________________________________________________________________________________________</w:t>
      </w:r>
    </w:p>
    <w:p w14:paraId="68D4AE2B" w14:textId="77777777" w:rsidR="00B803EC" w:rsidRDefault="007858D5">
      <w:pPr>
        <w:spacing w:after="20"/>
      </w:pPr>
      <w:r>
        <w:rPr>
          <w:color w:val="666666"/>
          <w:sz w:val="14"/>
        </w:rPr>
        <w:t>______________________________________________________________________________________________________________</w:t>
      </w:r>
    </w:p>
    <w:p w14:paraId="422A9C6F" w14:textId="77777777" w:rsidR="00B803EC" w:rsidRDefault="007858D5">
      <w:pPr>
        <w:spacing w:after="20"/>
      </w:pPr>
      <w:r>
        <w:rPr>
          <w:color w:val="666666"/>
          <w:sz w:val="14"/>
        </w:rPr>
        <w:t>______________________________________________________________________________________________________________</w:t>
      </w:r>
    </w:p>
    <w:p w14:paraId="77C02EFB" w14:textId="77777777" w:rsidR="00B803EC" w:rsidRDefault="007858D5">
      <w:pPr>
        <w:spacing w:after="20"/>
      </w:pPr>
      <w:r>
        <w:rPr>
          <w:color w:val="666666"/>
          <w:sz w:val="14"/>
        </w:rPr>
        <w:t>______________________________________________________________________________________________________________</w:t>
      </w:r>
    </w:p>
    <w:p w14:paraId="22D7392A" w14:textId="77777777" w:rsidR="00B803EC" w:rsidRDefault="007858D5">
      <w:pPr>
        <w:keepNext/>
        <w:pBdr>
          <w:bottom w:val="single" w:sz="10" w:space="2" w:color="E6A800"/>
        </w:pBdr>
        <w:spacing w:before="140" w:after="60"/>
      </w:pPr>
      <w:r>
        <w:rPr>
          <w:b/>
          <w:color w:val="0B2F63"/>
          <w:sz w:val="26"/>
        </w:rPr>
        <w:t>13. Training and Compliance Requirements</w:t>
      </w:r>
    </w:p>
    <w:p w14:paraId="35B8BBFA" w14:textId="77777777" w:rsidR="00B803EC" w:rsidRDefault="007858D5">
      <w:pPr>
        <w:spacing w:after="40"/>
      </w:pPr>
      <w:r>
        <w:rPr>
          <w:sz w:val="17"/>
        </w:rPr>
        <w:t>If selected, I understand that I must complete all required training and competency steps before working alone or before performing duties that require the training. Required items may include, depending on role:</w:t>
      </w:r>
    </w:p>
    <w:tbl>
      <w:tblPr>
        <w:tblW w:w="0" w:type="auto"/>
        <w:jc w:val="center"/>
        <w:tblLook w:val="04A0" w:firstRow="1" w:lastRow="0" w:firstColumn="1" w:lastColumn="0" w:noHBand="0" w:noVBand="1"/>
      </w:tblPr>
      <w:tblGrid>
        <w:gridCol w:w="1897"/>
        <w:gridCol w:w="8893"/>
      </w:tblGrid>
      <w:tr w:rsidR="00B803EC" w14:paraId="0DF21494"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shd w:val="clear" w:color="auto" w:fill="EAF1F8"/>
          </w:tcPr>
          <w:p w14:paraId="0B1036BF" w14:textId="77777777" w:rsidR="00B803EC" w:rsidRDefault="007858D5">
            <w:pPr>
              <w:jc w:val="center"/>
            </w:pPr>
            <w:r>
              <w:rPr>
                <w:b/>
                <w:color w:val="0B2F63"/>
                <w:sz w:val="16"/>
              </w:rPr>
              <w:t>Review</w:t>
            </w:r>
          </w:p>
        </w:tc>
        <w:tc>
          <w:tcPr>
            <w:tcW w:w="10296" w:type="dxa"/>
            <w:tcBorders>
              <w:top w:val="single" w:sz="4" w:space="0" w:color="9BB2C8"/>
              <w:left w:val="single" w:sz="4" w:space="0" w:color="9BB2C8"/>
              <w:bottom w:val="single" w:sz="4" w:space="0" w:color="9BB2C8"/>
              <w:right w:val="single" w:sz="4" w:space="0" w:color="9BB2C8"/>
            </w:tcBorders>
            <w:shd w:val="clear" w:color="auto" w:fill="EAF1F8"/>
          </w:tcPr>
          <w:p w14:paraId="0810F776" w14:textId="77777777" w:rsidR="00B803EC" w:rsidRDefault="007858D5">
            <w:pPr>
              <w:jc w:val="center"/>
            </w:pPr>
            <w:r>
              <w:rPr>
                <w:b/>
                <w:color w:val="0B2F63"/>
                <w:sz w:val="16"/>
              </w:rPr>
              <w:t>Training / Compliance Area</w:t>
            </w:r>
          </w:p>
        </w:tc>
      </w:tr>
      <w:tr w:rsidR="00B803EC" w14:paraId="107BE699"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1B0C39C6"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3F1129C3" w14:textId="77777777" w:rsidR="00B803EC" w:rsidRDefault="007858D5">
            <w:r>
              <w:rPr>
                <w:sz w:val="16"/>
              </w:rPr>
              <w:t>Orientation to APM policies, participant rights, confidentiality, professional boundaries, and mandated reporting.</w:t>
            </w:r>
          </w:p>
        </w:tc>
      </w:tr>
      <w:tr w:rsidR="00B803EC" w14:paraId="5E8B93D7"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7C4A3D5E"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47212B6B" w14:textId="77777777" w:rsidR="00B803EC" w:rsidRDefault="007858D5">
            <w:r>
              <w:rPr>
                <w:sz w:val="16"/>
              </w:rPr>
              <w:t>Participant-specific ISP/person-centered plan, behavior/safety plan, medication-support plan, communication needs, and emergency procedures.</w:t>
            </w:r>
          </w:p>
        </w:tc>
      </w:tr>
      <w:tr w:rsidR="00B803EC" w14:paraId="3B62C53A"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2BB3957E"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237ADC51" w14:textId="77777777" w:rsidR="00B803EC" w:rsidRDefault="007858D5">
            <w:r>
              <w:rPr>
                <w:sz w:val="16"/>
              </w:rPr>
              <w:t>MANDT or equivalent de-escalation/safety training when required by role or assignment.</w:t>
            </w:r>
          </w:p>
        </w:tc>
      </w:tr>
      <w:tr w:rsidR="00B803EC" w14:paraId="06023867"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57350594"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2823F1DB" w14:textId="77777777" w:rsidR="00B803EC" w:rsidRDefault="007858D5">
            <w:r>
              <w:rPr>
                <w:sz w:val="16"/>
              </w:rPr>
              <w:t>CPR/First Aid and medication support/Medication Aide training when required.</w:t>
            </w:r>
          </w:p>
        </w:tc>
      </w:tr>
      <w:tr w:rsidR="00B803EC" w14:paraId="745A0597"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1E3A72BB"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435022F6" w14:textId="77777777" w:rsidR="00B803EC" w:rsidRDefault="007858D5">
            <w:r>
              <w:rPr>
                <w:sz w:val="16"/>
              </w:rPr>
              <w:t>Therap, T-Logs, ISP data, MAR, EVV, incident/GER reporting, and billing-compliance documentation.</w:t>
            </w:r>
          </w:p>
        </w:tc>
      </w:tr>
      <w:tr w:rsidR="00B803EC" w14:paraId="24DE4A14"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3C9563F9"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4A291382" w14:textId="77777777" w:rsidR="00B803EC" w:rsidRDefault="007858D5">
            <w:r>
              <w:rPr>
                <w:sz w:val="16"/>
              </w:rPr>
              <w:t>Transportation/driver requirements when the role includes transporting participants.</w:t>
            </w:r>
          </w:p>
        </w:tc>
      </w:tr>
      <w:tr w:rsidR="00B803EC" w14:paraId="643345D9" w14:textId="77777777">
        <w:trPr>
          <w:cantSplit/>
          <w:jc w:val="center"/>
        </w:trPr>
        <w:tc>
          <w:tcPr>
            <w:tcW w:w="936" w:type="dxa"/>
            <w:tcBorders>
              <w:top w:val="single" w:sz="4" w:space="0" w:color="9BB2C8"/>
              <w:left w:val="single" w:sz="4" w:space="0" w:color="9BB2C8"/>
              <w:bottom w:val="single" w:sz="4" w:space="0" w:color="9BB2C8"/>
              <w:right w:val="single" w:sz="4" w:space="0" w:color="9BB2C8"/>
            </w:tcBorders>
          </w:tcPr>
          <w:p w14:paraId="7ECCB1A9" w14:textId="77777777" w:rsidR="00B803EC" w:rsidRDefault="007858D5">
            <w:r>
              <w:rPr>
                <w:sz w:val="16"/>
              </w:rPr>
              <w:t>☐</w:t>
            </w:r>
          </w:p>
        </w:tc>
        <w:tc>
          <w:tcPr>
            <w:tcW w:w="10296" w:type="dxa"/>
            <w:tcBorders>
              <w:top w:val="single" w:sz="4" w:space="0" w:color="9BB2C8"/>
              <w:left w:val="single" w:sz="4" w:space="0" w:color="9BB2C8"/>
              <w:bottom w:val="single" w:sz="4" w:space="0" w:color="9BB2C8"/>
              <w:right w:val="single" w:sz="4" w:space="0" w:color="9BB2C8"/>
            </w:tcBorders>
          </w:tcPr>
          <w:p w14:paraId="0DC89CC7" w14:textId="77777777" w:rsidR="00B803EC" w:rsidRDefault="007858D5">
            <w:r>
              <w:rPr>
                <w:sz w:val="16"/>
              </w:rPr>
              <w:t>All DHHS, HCBS/DD, CPA/child placement, or payer-required trainings for the role.</w:t>
            </w:r>
          </w:p>
        </w:tc>
      </w:tr>
      <w:tr w:rsidR="00B803EC" w14:paraId="7F5212C9" w14:textId="77777777">
        <w:trPr>
          <w:cantSplit/>
          <w:jc w:val="center"/>
        </w:trPr>
        <w:tc>
          <w:tcPr>
            <w:tcW w:w="2088" w:type="dxa"/>
            <w:tcBorders>
              <w:top w:val="single" w:sz="4" w:space="0" w:color="9BB2C8"/>
              <w:left w:val="single" w:sz="4" w:space="0" w:color="9BB2C8"/>
              <w:bottom w:val="single" w:sz="4" w:space="0" w:color="9BB2C8"/>
              <w:right w:val="single" w:sz="4" w:space="0" w:color="9BB2C8"/>
            </w:tcBorders>
          </w:tcPr>
          <w:p w14:paraId="1E0B8195" w14:textId="77777777" w:rsidR="00B803EC" w:rsidRDefault="007858D5">
            <w:r>
              <w:rPr>
                <w:sz w:val="17"/>
              </w:rPr>
              <w:t>Applicant Initials</w:t>
            </w:r>
          </w:p>
        </w:tc>
        <w:tc>
          <w:tcPr>
            <w:tcW w:w="9144" w:type="dxa"/>
            <w:tcBorders>
              <w:top w:val="single" w:sz="4" w:space="0" w:color="9BB2C8"/>
              <w:left w:val="single" w:sz="4" w:space="0" w:color="9BB2C8"/>
              <w:bottom w:val="single" w:sz="4" w:space="0" w:color="9BB2C8"/>
              <w:right w:val="single" w:sz="4" w:space="0" w:color="9BB2C8"/>
            </w:tcBorders>
          </w:tcPr>
          <w:p w14:paraId="3A76EC3F" w14:textId="77777777" w:rsidR="00B803EC" w:rsidRDefault="007858D5">
            <w:r>
              <w:rPr>
                <w:sz w:val="17"/>
              </w:rPr>
              <w:t>I agree not to work alone, transport participants, administer/support medication, or use any emergency-safety procedure until APM confirms I am trained and authorized for that duty. Initials: __________</w:t>
            </w:r>
          </w:p>
        </w:tc>
      </w:tr>
      <w:tr w:rsidR="00B803EC" w14:paraId="3E57FDC0" w14:textId="77777777">
        <w:trPr>
          <w:cantSplit/>
          <w:jc w:val="center"/>
        </w:trPr>
        <w:tc>
          <w:tcPr>
            <w:tcW w:w="2088" w:type="dxa"/>
            <w:tcBorders>
              <w:top w:val="single" w:sz="4" w:space="0" w:color="9BB2C8"/>
              <w:left w:val="single" w:sz="4" w:space="0" w:color="9BB2C8"/>
              <w:bottom w:val="single" w:sz="4" w:space="0" w:color="9BB2C8"/>
              <w:right w:val="single" w:sz="4" w:space="0" w:color="9BB2C8"/>
            </w:tcBorders>
          </w:tcPr>
          <w:p w14:paraId="0AA7AA6D" w14:textId="77777777" w:rsidR="00B803EC" w:rsidRDefault="007858D5">
            <w:r>
              <w:rPr>
                <w:sz w:val="17"/>
              </w:rPr>
              <w:t>Applicant Initials</w:t>
            </w:r>
          </w:p>
        </w:tc>
        <w:tc>
          <w:tcPr>
            <w:tcW w:w="9144" w:type="dxa"/>
            <w:tcBorders>
              <w:top w:val="single" w:sz="4" w:space="0" w:color="9BB2C8"/>
              <w:left w:val="single" w:sz="4" w:space="0" w:color="9BB2C8"/>
              <w:bottom w:val="single" w:sz="4" w:space="0" w:color="9BB2C8"/>
              <w:right w:val="single" w:sz="4" w:space="0" w:color="9BB2C8"/>
            </w:tcBorders>
          </w:tcPr>
          <w:p w14:paraId="5D41BF62" w14:textId="77777777" w:rsidR="00B803EC" w:rsidRDefault="007858D5">
            <w:r>
              <w:rPr>
                <w:sz w:val="17"/>
              </w:rPr>
              <w:t>I understand that failure to follow confidentiality, documentation, safety, rights, or reporting requirements may result in removal from assignment, discipline, contract action, or separation. Initials: __________</w:t>
            </w:r>
          </w:p>
        </w:tc>
      </w:tr>
    </w:tbl>
    <w:p w14:paraId="50AE7ED9" w14:textId="77777777" w:rsidR="00B803EC" w:rsidRDefault="007858D5">
      <w:pPr>
        <w:keepNext/>
        <w:pBdr>
          <w:bottom w:val="single" w:sz="10" w:space="2" w:color="E6A800"/>
        </w:pBdr>
        <w:spacing w:before="140" w:after="60"/>
      </w:pPr>
      <w:r>
        <w:rPr>
          <w:b/>
          <w:color w:val="0B2F63"/>
          <w:sz w:val="26"/>
        </w:rPr>
        <w:t>14. Equal Employment Opportunity and Reasonable Accommodation</w:t>
      </w:r>
    </w:p>
    <w:p w14:paraId="51452B57" w14:textId="77777777" w:rsidR="00B803EC" w:rsidRDefault="007858D5">
      <w:pPr>
        <w:spacing w:after="60"/>
      </w:pPr>
      <w:r>
        <w:rPr>
          <w:sz w:val="17"/>
        </w:rPr>
        <w:t>A Place Meant is an equal opportunity employer/contracting organization. APM does not discriminate in employment, contracting, recruitment, selection, assignment, training, compensation, discipline, or separation on the basis of race, color, religion, sex, pregnancy, sexual orientation, gender identity, national origin, age, disability, marital status, military or veteran status, genetic information, or any other protected status under applicable law.</w:t>
      </w:r>
    </w:p>
    <w:p w14:paraId="659C80A5" w14:textId="77777777" w:rsidR="00B803EC" w:rsidRDefault="007858D5">
      <w:pPr>
        <w:spacing w:after="60"/>
      </w:pPr>
      <w:r>
        <w:rPr>
          <w:sz w:val="17"/>
        </w:rPr>
        <w:t>Reasonable accommodation is available for qualified applicants and workers where required by law. APM will keep medical and accommodation information confidential and separate from general personnel records as required.</w:t>
      </w:r>
    </w:p>
    <w:p w14:paraId="40002431" w14:textId="77777777" w:rsidR="00B803EC" w:rsidRDefault="007858D5">
      <w:pPr>
        <w:keepNext/>
        <w:pBdr>
          <w:bottom w:val="single" w:sz="10" w:space="2" w:color="E6A800"/>
        </w:pBdr>
        <w:spacing w:before="140" w:after="60"/>
      </w:pPr>
      <w:r>
        <w:rPr>
          <w:b/>
          <w:color w:val="0B2F63"/>
          <w:sz w:val="26"/>
        </w:rPr>
        <w:lastRenderedPageBreak/>
        <w:t>15. At-Will Employment / Contractor Status / No Guarantee</w:t>
      </w:r>
    </w:p>
    <w:p w14:paraId="60793501" w14:textId="77777777" w:rsidR="00B803EC" w:rsidRDefault="007858D5">
      <w:pPr>
        <w:spacing w:after="60"/>
      </w:pPr>
      <w:r>
        <w:rPr>
          <w:sz w:val="17"/>
        </w:rPr>
        <w:t>Submitting this application does not guarantee employment, a contract, a specific assignment, a start date, hours, or continued work. If hired as an employee, employment is at-will unless a written agreement signed by authorized leadership states otherwise. If engaged as an independent contractor, the relationship will be governed by the written contractor agreement, scope of services, and applicable law.</w:t>
      </w:r>
    </w:p>
    <w:p w14:paraId="24F352F6" w14:textId="77777777" w:rsidR="00B803EC" w:rsidRDefault="007858D5">
      <w:pPr>
        <w:keepNext/>
        <w:pBdr>
          <w:bottom w:val="single" w:sz="10" w:space="2" w:color="E6A800"/>
        </w:pBdr>
        <w:spacing w:before="140" w:after="60"/>
      </w:pPr>
      <w:r>
        <w:rPr>
          <w:b/>
          <w:color w:val="0B2F63"/>
          <w:sz w:val="26"/>
        </w:rPr>
        <w:t>16. Applicant Certification and Consent</w:t>
      </w:r>
    </w:p>
    <w:p w14:paraId="25C27AEA" w14:textId="77777777" w:rsidR="00B803EC" w:rsidRDefault="007858D5">
      <w:pPr>
        <w:spacing w:after="60"/>
      </w:pPr>
      <w:r>
        <w:rPr>
          <w:sz w:val="17"/>
        </w:rPr>
        <w:t>I certify that the information provided in this application is true, complete, and accurate to the best of my knowledge. I understand that false, incomplete, or misleading information may result in rejection of my application, withdrawal of an offer, removal from assignment, discipline, contract action, or separation.</w:t>
      </w:r>
    </w:p>
    <w:p w14:paraId="30F22ACA" w14:textId="77777777" w:rsidR="00B803EC" w:rsidRDefault="007858D5">
      <w:pPr>
        <w:spacing w:after="60"/>
      </w:pPr>
      <w:r>
        <w:rPr>
          <w:sz w:val="17"/>
        </w:rPr>
        <w:t>I authorize APM to verify information related to my application, including references, prior employment/contracting history, education/training, professional credentials, background checks, registry checks, exclusion checks, driving eligibility for driving roles, and other legally permitted screening. I authorize persons and organizations contacted by APM to provide relevant information to the extent permitted by law.</w:t>
      </w:r>
    </w:p>
    <w:tbl>
      <w:tblPr>
        <w:tblW w:w="0" w:type="auto"/>
        <w:jc w:val="center"/>
        <w:tblLook w:val="04A0" w:firstRow="1" w:lastRow="0" w:firstColumn="1" w:lastColumn="0" w:noHBand="0" w:noVBand="1"/>
      </w:tblPr>
      <w:tblGrid>
        <w:gridCol w:w="2938"/>
        <w:gridCol w:w="4107"/>
        <w:gridCol w:w="1686"/>
        <w:gridCol w:w="2059"/>
      </w:tblGrid>
      <w:tr w:rsidR="00B803EC" w14:paraId="5E898951" w14:textId="77777777">
        <w:trPr>
          <w:cantSplit/>
          <w:jc w:val="center"/>
        </w:trPr>
        <w:tc>
          <w:tcPr>
            <w:tcW w:w="3024" w:type="dxa"/>
            <w:tcBorders>
              <w:top w:val="single" w:sz="4" w:space="0" w:color="9BB2C8"/>
              <w:left w:val="single" w:sz="4" w:space="0" w:color="9BB2C8"/>
              <w:bottom w:val="single" w:sz="4" w:space="0" w:color="9BB2C8"/>
              <w:right w:val="single" w:sz="4" w:space="0" w:color="9BB2C8"/>
            </w:tcBorders>
          </w:tcPr>
          <w:p w14:paraId="556061AC" w14:textId="77777777" w:rsidR="00B803EC" w:rsidRDefault="007858D5">
            <w:r>
              <w:rPr>
                <w:sz w:val="17"/>
              </w:rPr>
              <w:t>Applicant Full Name - Print</w:t>
            </w:r>
          </w:p>
        </w:tc>
        <w:tc>
          <w:tcPr>
            <w:tcW w:w="8208" w:type="dxa"/>
            <w:gridSpan w:val="3"/>
            <w:tcBorders>
              <w:top w:val="single" w:sz="4" w:space="0" w:color="9BB2C8"/>
              <w:left w:val="single" w:sz="4" w:space="0" w:color="9BB2C8"/>
              <w:bottom w:val="single" w:sz="4" w:space="0" w:color="9BB2C8"/>
              <w:right w:val="single" w:sz="4" w:space="0" w:color="9BB2C8"/>
            </w:tcBorders>
          </w:tcPr>
          <w:p w14:paraId="6D8FD89A" w14:textId="77777777" w:rsidR="00B803EC" w:rsidRDefault="00B803EC"/>
          <w:p w14:paraId="427572F9" w14:textId="77777777" w:rsidR="00B803EC" w:rsidRDefault="00B803EC"/>
          <w:p w14:paraId="2EC88B02" w14:textId="77777777" w:rsidR="00B803EC" w:rsidRDefault="00B803EC"/>
        </w:tc>
      </w:tr>
      <w:tr w:rsidR="00B803EC" w14:paraId="33563084" w14:textId="77777777">
        <w:trPr>
          <w:cantSplit/>
          <w:jc w:val="center"/>
        </w:trPr>
        <w:tc>
          <w:tcPr>
            <w:tcW w:w="3024" w:type="dxa"/>
            <w:tcBorders>
              <w:top w:val="single" w:sz="4" w:space="0" w:color="9BB2C8"/>
              <w:left w:val="single" w:sz="4" w:space="0" w:color="9BB2C8"/>
              <w:bottom w:val="single" w:sz="4" w:space="0" w:color="9BB2C8"/>
              <w:right w:val="single" w:sz="4" w:space="0" w:color="9BB2C8"/>
            </w:tcBorders>
          </w:tcPr>
          <w:p w14:paraId="5D65CE1A" w14:textId="77777777" w:rsidR="00B803EC" w:rsidRDefault="007858D5">
            <w:r>
              <w:rPr>
                <w:sz w:val="17"/>
              </w:rPr>
              <w:t>Applicant Signature</w:t>
            </w:r>
          </w:p>
        </w:tc>
        <w:tc>
          <w:tcPr>
            <w:tcW w:w="4320" w:type="dxa"/>
            <w:tcBorders>
              <w:top w:val="single" w:sz="4" w:space="0" w:color="9BB2C8"/>
              <w:left w:val="single" w:sz="4" w:space="0" w:color="9BB2C8"/>
              <w:bottom w:val="single" w:sz="4" w:space="0" w:color="9BB2C8"/>
              <w:right w:val="single" w:sz="4" w:space="0" w:color="9BB2C8"/>
            </w:tcBorders>
          </w:tcPr>
          <w:p w14:paraId="25A0A7F2" w14:textId="77777777" w:rsidR="00B803EC" w:rsidRDefault="00B803EC"/>
        </w:tc>
        <w:tc>
          <w:tcPr>
            <w:tcW w:w="1728" w:type="dxa"/>
            <w:tcBorders>
              <w:top w:val="single" w:sz="4" w:space="0" w:color="9BB2C8"/>
              <w:left w:val="single" w:sz="4" w:space="0" w:color="9BB2C8"/>
              <w:bottom w:val="single" w:sz="4" w:space="0" w:color="9BB2C8"/>
              <w:right w:val="single" w:sz="4" w:space="0" w:color="9BB2C8"/>
            </w:tcBorders>
          </w:tcPr>
          <w:p w14:paraId="1F57A2FE" w14:textId="77777777" w:rsidR="00B803EC" w:rsidRDefault="007858D5">
            <w:r>
              <w:rPr>
                <w:sz w:val="17"/>
              </w:rPr>
              <w:t>Date</w:t>
            </w:r>
          </w:p>
        </w:tc>
        <w:tc>
          <w:tcPr>
            <w:tcW w:w="2160" w:type="dxa"/>
            <w:tcBorders>
              <w:top w:val="single" w:sz="4" w:space="0" w:color="9BB2C8"/>
              <w:left w:val="single" w:sz="4" w:space="0" w:color="9BB2C8"/>
              <w:bottom w:val="single" w:sz="4" w:space="0" w:color="9BB2C8"/>
              <w:right w:val="single" w:sz="4" w:space="0" w:color="9BB2C8"/>
            </w:tcBorders>
          </w:tcPr>
          <w:p w14:paraId="0014A6F8" w14:textId="77777777" w:rsidR="00B803EC" w:rsidRDefault="00B803EC"/>
        </w:tc>
      </w:tr>
      <w:tr w:rsidR="00B803EC" w14:paraId="5DFBC7E5" w14:textId="77777777">
        <w:trPr>
          <w:cantSplit/>
          <w:jc w:val="center"/>
        </w:trPr>
        <w:tc>
          <w:tcPr>
            <w:tcW w:w="3024" w:type="dxa"/>
            <w:tcBorders>
              <w:top w:val="single" w:sz="4" w:space="0" w:color="9BB2C8"/>
              <w:left w:val="single" w:sz="4" w:space="0" w:color="9BB2C8"/>
              <w:bottom w:val="single" w:sz="4" w:space="0" w:color="9BB2C8"/>
              <w:right w:val="single" w:sz="4" w:space="0" w:color="9BB2C8"/>
            </w:tcBorders>
          </w:tcPr>
          <w:p w14:paraId="0C90092E" w14:textId="77777777" w:rsidR="00B803EC" w:rsidRDefault="007858D5">
            <w:r>
              <w:rPr>
                <w:sz w:val="17"/>
              </w:rPr>
              <w:t>APM Representative / Reviewer</w:t>
            </w:r>
          </w:p>
        </w:tc>
        <w:tc>
          <w:tcPr>
            <w:tcW w:w="4320" w:type="dxa"/>
            <w:tcBorders>
              <w:top w:val="single" w:sz="4" w:space="0" w:color="9BB2C8"/>
              <w:left w:val="single" w:sz="4" w:space="0" w:color="9BB2C8"/>
              <w:bottom w:val="single" w:sz="4" w:space="0" w:color="9BB2C8"/>
              <w:right w:val="single" w:sz="4" w:space="0" w:color="9BB2C8"/>
            </w:tcBorders>
          </w:tcPr>
          <w:p w14:paraId="0CBCE6EE" w14:textId="77777777" w:rsidR="00B803EC" w:rsidRDefault="00B803EC"/>
        </w:tc>
        <w:tc>
          <w:tcPr>
            <w:tcW w:w="1728" w:type="dxa"/>
            <w:tcBorders>
              <w:top w:val="single" w:sz="4" w:space="0" w:color="9BB2C8"/>
              <w:left w:val="single" w:sz="4" w:space="0" w:color="9BB2C8"/>
              <w:bottom w:val="single" w:sz="4" w:space="0" w:color="9BB2C8"/>
              <w:right w:val="single" w:sz="4" w:space="0" w:color="9BB2C8"/>
            </w:tcBorders>
          </w:tcPr>
          <w:p w14:paraId="45F3FB4C" w14:textId="77777777" w:rsidR="00B803EC" w:rsidRDefault="007858D5">
            <w:r>
              <w:rPr>
                <w:sz w:val="17"/>
              </w:rPr>
              <w:t>Date Received</w:t>
            </w:r>
          </w:p>
        </w:tc>
        <w:tc>
          <w:tcPr>
            <w:tcW w:w="2160" w:type="dxa"/>
            <w:tcBorders>
              <w:top w:val="single" w:sz="4" w:space="0" w:color="9BB2C8"/>
              <w:left w:val="single" w:sz="4" w:space="0" w:color="9BB2C8"/>
              <w:bottom w:val="single" w:sz="4" w:space="0" w:color="9BB2C8"/>
              <w:right w:val="single" w:sz="4" w:space="0" w:color="9BB2C8"/>
            </w:tcBorders>
          </w:tcPr>
          <w:p w14:paraId="3BFC6D59" w14:textId="77777777" w:rsidR="00B803EC" w:rsidRDefault="00B803EC"/>
        </w:tc>
      </w:tr>
    </w:tbl>
    <w:p w14:paraId="1F3090DB" w14:textId="77777777" w:rsidR="00B803EC" w:rsidRDefault="007858D5">
      <w:pPr>
        <w:keepNext/>
        <w:pBdr>
          <w:bottom w:val="single" w:sz="10" w:space="2" w:color="E6A800"/>
        </w:pBdr>
        <w:spacing w:before="140" w:after="60"/>
      </w:pPr>
      <w:r>
        <w:rPr>
          <w:b/>
          <w:color w:val="0B2F63"/>
          <w:sz w:val="26"/>
        </w:rPr>
        <w:t>For Office Use Only - APM Review</w:t>
      </w:r>
    </w:p>
    <w:tbl>
      <w:tblPr>
        <w:tblW w:w="0" w:type="auto"/>
        <w:jc w:val="center"/>
        <w:tblLook w:val="04A0" w:firstRow="1" w:lastRow="0" w:firstColumn="1" w:lastColumn="0" w:noHBand="0" w:noVBand="1"/>
      </w:tblPr>
      <w:tblGrid>
        <w:gridCol w:w="3931"/>
        <w:gridCol w:w="6843"/>
      </w:tblGrid>
      <w:tr w:rsidR="00B803EC" w14:paraId="08753604" w14:textId="77777777">
        <w:trPr>
          <w:jc w:val="center"/>
        </w:trPr>
        <w:tc>
          <w:tcPr>
            <w:tcW w:w="10800" w:type="dxa"/>
            <w:gridSpan w:val="2"/>
            <w:tcBorders>
              <w:top w:val="single" w:sz="10" w:space="0" w:color="808080"/>
              <w:left w:val="single" w:sz="10" w:space="0" w:color="808080"/>
              <w:bottom w:val="single" w:sz="10" w:space="0" w:color="808080"/>
              <w:right w:val="single" w:sz="10" w:space="0" w:color="808080"/>
            </w:tcBorders>
            <w:shd w:val="clear" w:color="auto" w:fill="F2F2F2"/>
          </w:tcPr>
          <w:p w14:paraId="2531F448" w14:textId="77777777" w:rsidR="00B803EC" w:rsidRDefault="007858D5">
            <w:pPr>
              <w:spacing w:after="0"/>
            </w:pPr>
            <w:r>
              <w:rPr>
                <w:b/>
                <w:color w:val="0B2F63"/>
                <w:sz w:val="17"/>
              </w:rPr>
              <w:t xml:space="preserve">Office Use Only: </w:t>
            </w:r>
            <w:r>
              <w:rPr>
                <w:sz w:val="17"/>
              </w:rPr>
              <w:t>This section should be completed by APM leadership, HR/compliance, or the designated reviewer. Do not include unnecessary medical information in the general application file.</w:t>
            </w:r>
          </w:p>
        </w:tc>
      </w:tr>
      <w:tr w:rsidR="00B803EC" w14:paraId="5458AAEA"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shd w:val="clear" w:color="auto" w:fill="EAF1F8"/>
          </w:tcPr>
          <w:p w14:paraId="13A5F25A" w14:textId="77777777" w:rsidR="00B803EC" w:rsidRDefault="007858D5">
            <w:pPr>
              <w:jc w:val="center"/>
            </w:pPr>
            <w:r>
              <w:rPr>
                <w:b/>
                <w:color w:val="0B2F63"/>
                <w:sz w:val="16"/>
              </w:rPr>
              <w:t>Review Item</w:t>
            </w:r>
          </w:p>
        </w:tc>
        <w:tc>
          <w:tcPr>
            <w:tcW w:w="6912" w:type="dxa"/>
            <w:tcBorders>
              <w:top w:val="single" w:sz="4" w:space="0" w:color="9BB2C8"/>
              <w:left w:val="single" w:sz="4" w:space="0" w:color="9BB2C8"/>
              <w:bottom w:val="single" w:sz="4" w:space="0" w:color="9BB2C8"/>
              <w:right w:val="single" w:sz="4" w:space="0" w:color="9BB2C8"/>
            </w:tcBorders>
            <w:shd w:val="clear" w:color="auto" w:fill="EAF1F8"/>
          </w:tcPr>
          <w:p w14:paraId="604F1154" w14:textId="77777777" w:rsidR="00B803EC" w:rsidRDefault="007858D5">
            <w:pPr>
              <w:jc w:val="center"/>
            </w:pPr>
            <w:r>
              <w:rPr>
                <w:b/>
                <w:color w:val="0B2F63"/>
                <w:sz w:val="16"/>
              </w:rPr>
              <w:t>Status / Notes</w:t>
            </w:r>
          </w:p>
        </w:tc>
      </w:tr>
      <w:tr w:rsidR="00B803EC" w14:paraId="01CD1B15"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68A1C652" w14:textId="77777777" w:rsidR="00B803EC" w:rsidRDefault="007858D5">
            <w:r>
              <w:rPr>
                <w:sz w:val="16"/>
              </w:rPr>
              <w:t>Application complete</w:t>
            </w:r>
          </w:p>
        </w:tc>
        <w:tc>
          <w:tcPr>
            <w:tcW w:w="6912" w:type="dxa"/>
            <w:tcBorders>
              <w:top w:val="single" w:sz="4" w:space="0" w:color="9BB2C8"/>
              <w:left w:val="single" w:sz="4" w:space="0" w:color="9BB2C8"/>
              <w:bottom w:val="single" w:sz="4" w:space="0" w:color="9BB2C8"/>
              <w:right w:val="single" w:sz="4" w:space="0" w:color="9BB2C8"/>
            </w:tcBorders>
          </w:tcPr>
          <w:p w14:paraId="21422689" w14:textId="77777777" w:rsidR="00B803EC" w:rsidRDefault="007858D5">
            <w:r>
              <w:rPr>
                <w:sz w:val="16"/>
              </w:rPr>
              <w:t>☐</w:t>
            </w:r>
            <w:r>
              <w:rPr>
                <w:sz w:val="16"/>
              </w:rPr>
              <w:t xml:space="preserve"> Yes  ☐ No  Notes: ______________________________________________</w:t>
            </w:r>
          </w:p>
        </w:tc>
      </w:tr>
      <w:tr w:rsidR="00B803EC" w14:paraId="32474918"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3494A8C8" w14:textId="77777777" w:rsidR="00B803EC" w:rsidRDefault="007858D5">
            <w:r>
              <w:rPr>
                <w:sz w:val="16"/>
              </w:rPr>
              <w:t>Role match reviewed</w:t>
            </w:r>
          </w:p>
        </w:tc>
        <w:tc>
          <w:tcPr>
            <w:tcW w:w="6912" w:type="dxa"/>
            <w:tcBorders>
              <w:top w:val="single" w:sz="4" w:space="0" w:color="9BB2C8"/>
              <w:left w:val="single" w:sz="4" w:space="0" w:color="9BB2C8"/>
              <w:bottom w:val="single" w:sz="4" w:space="0" w:color="9BB2C8"/>
              <w:right w:val="single" w:sz="4" w:space="0" w:color="9BB2C8"/>
            </w:tcBorders>
          </w:tcPr>
          <w:p w14:paraId="461BC452" w14:textId="77777777" w:rsidR="00B803EC" w:rsidRDefault="007858D5">
            <w:r>
              <w:rPr>
                <w:sz w:val="16"/>
              </w:rPr>
              <w:t>☐</w:t>
            </w:r>
            <w:r>
              <w:rPr>
                <w:sz w:val="16"/>
              </w:rPr>
              <w:t xml:space="preserve"> DSP  ☐ SLP  ☐ Day/CI  ☐ VR  ☐ Admin  ☐ Transportation  ☐ Other: __________________</w:t>
            </w:r>
          </w:p>
        </w:tc>
      </w:tr>
      <w:tr w:rsidR="00B803EC" w14:paraId="53E5F27B"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73CBE63F" w14:textId="77777777" w:rsidR="00B803EC" w:rsidRDefault="007858D5">
            <w:r>
              <w:rPr>
                <w:sz w:val="16"/>
              </w:rPr>
              <w:t>Essential functions / assignment-specific duties reviewed</w:t>
            </w:r>
          </w:p>
        </w:tc>
        <w:tc>
          <w:tcPr>
            <w:tcW w:w="6912" w:type="dxa"/>
            <w:tcBorders>
              <w:top w:val="single" w:sz="4" w:space="0" w:color="9BB2C8"/>
              <w:left w:val="single" w:sz="4" w:space="0" w:color="9BB2C8"/>
              <w:bottom w:val="single" w:sz="4" w:space="0" w:color="9BB2C8"/>
              <w:right w:val="single" w:sz="4" w:space="0" w:color="9BB2C8"/>
            </w:tcBorders>
          </w:tcPr>
          <w:p w14:paraId="704CF87E" w14:textId="77777777" w:rsidR="00B803EC" w:rsidRDefault="007858D5">
            <w:r>
              <w:rPr>
                <w:sz w:val="16"/>
              </w:rPr>
              <w:t>☐</w:t>
            </w:r>
            <w:r>
              <w:rPr>
                <w:sz w:val="16"/>
              </w:rPr>
              <w:t xml:space="preserve"> Yes  ☐ No  ☐ Not yet role-matched</w:t>
            </w:r>
          </w:p>
        </w:tc>
      </w:tr>
      <w:tr w:rsidR="00B803EC" w14:paraId="0A7B831A"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37944A80" w14:textId="77777777" w:rsidR="00B803EC" w:rsidRDefault="007858D5">
            <w:r>
              <w:rPr>
                <w:sz w:val="16"/>
              </w:rPr>
              <w:t>Reasonable accommodation process needed?</w:t>
            </w:r>
          </w:p>
        </w:tc>
        <w:tc>
          <w:tcPr>
            <w:tcW w:w="6912" w:type="dxa"/>
            <w:tcBorders>
              <w:top w:val="single" w:sz="4" w:space="0" w:color="9BB2C8"/>
              <w:left w:val="single" w:sz="4" w:space="0" w:color="9BB2C8"/>
              <w:bottom w:val="single" w:sz="4" w:space="0" w:color="9BB2C8"/>
              <w:right w:val="single" w:sz="4" w:space="0" w:color="9BB2C8"/>
            </w:tcBorders>
          </w:tcPr>
          <w:p w14:paraId="4EFAE6F7" w14:textId="77777777" w:rsidR="00B803EC" w:rsidRDefault="007858D5">
            <w:r>
              <w:rPr>
                <w:sz w:val="16"/>
              </w:rPr>
              <w:t>☐</w:t>
            </w:r>
            <w:r>
              <w:rPr>
                <w:sz w:val="16"/>
              </w:rPr>
              <w:t xml:space="preserve"> No  ☐ Yes - route to designated reviewer; keep records confidential</w:t>
            </w:r>
          </w:p>
        </w:tc>
      </w:tr>
      <w:tr w:rsidR="00B803EC" w14:paraId="0390C520"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3F61291A" w14:textId="77777777" w:rsidR="00B803EC" w:rsidRDefault="007858D5">
            <w:r>
              <w:rPr>
                <w:sz w:val="16"/>
              </w:rPr>
              <w:t>Background/registry checks initiated</w:t>
            </w:r>
          </w:p>
        </w:tc>
        <w:tc>
          <w:tcPr>
            <w:tcW w:w="6912" w:type="dxa"/>
            <w:tcBorders>
              <w:top w:val="single" w:sz="4" w:space="0" w:color="9BB2C8"/>
              <w:left w:val="single" w:sz="4" w:space="0" w:color="9BB2C8"/>
              <w:bottom w:val="single" w:sz="4" w:space="0" w:color="9BB2C8"/>
              <w:right w:val="single" w:sz="4" w:space="0" w:color="9BB2C8"/>
            </w:tcBorders>
          </w:tcPr>
          <w:p w14:paraId="0D72AE2E" w14:textId="77777777" w:rsidR="00B803EC" w:rsidRDefault="007858D5">
            <w:r>
              <w:rPr>
                <w:sz w:val="16"/>
              </w:rPr>
              <w:t>☐</w:t>
            </w:r>
            <w:r>
              <w:rPr>
                <w:sz w:val="16"/>
              </w:rPr>
              <w:t xml:space="preserve"> CPS/APS  ☐ Sex offender  ☐ Criminal/fingerprint  ☐ OIG/SAM  ☐ MVR  ☐ Other: __________</w:t>
            </w:r>
          </w:p>
        </w:tc>
      </w:tr>
      <w:tr w:rsidR="00B803EC" w14:paraId="2B94DA01"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63E708C2" w14:textId="77777777" w:rsidR="00B803EC" w:rsidRDefault="007858D5">
            <w:r>
              <w:rPr>
                <w:sz w:val="16"/>
              </w:rPr>
              <w:t>Training plan assigned</w:t>
            </w:r>
          </w:p>
        </w:tc>
        <w:tc>
          <w:tcPr>
            <w:tcW w:w="6912" w:type="dxa"/>
            <w:tcBorders>
              <w:top w:val="single" w:sz="4" w:space="0" w:color="9BB2C8"/>
              <w:left w:val="single" w:sz="4" w:space="0" w:color="9BB2C8"/>
              <w:bottom w:val="single" w:sz="4" w:space="0" w:color="9BB2C8"/>
              <w:right w:val="single" w:sz="4" w:space="0" w:color="9BB2C8"/>
            </w:tcBorders>
          </w:tcPr>
          <w:p w14:paraId="3147D3CB" w14:textId="77777777" w:rsidR="00B803EC" w:rsidRDefault="007858D5">
            <w:r>
              <w:rPr>
                <w:sz w:val="16"/>
              </w:rPr>
              <w:t>☐</w:t>
            </w:r>
            <w:r>
              <w:rPr>
                <w:sz w:val="16"/>
              </w:rPr>
              <w:t xml:space="preserve"> Orientation  ☐ MANDT/equivalent  ☐ CPR/FA  ☐ Medication  ☐ Therap/EVV  ☐ Participant-specific</w:t>
            </w:r>
          </w:p>
        </w:tc>
      </w:tr>
      <w:tr w:rsidR="00B803EC" w14:paraId="5E9F583E"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087C283E" w14:textId="77777777" w:rsidR="00B803EC" w:rsidRDefault="007858D5">
            <w:r>
              <w:rPr>
                <w:sz w:val="16"/>
              </w:rPr>
              <w:t>Decision</w:t>
            </w:r>
          </w:p>
        </w:tc>
        <w:tc>
          <w:tcPr>
            <w:tcW w:w="6912" w:type="dxa"/>
            <w:tcBorders>
              <w:top w:val="single" w:sz="4" w:space="0" w:color="9BB2C8"/>
              <w:left w:val="single" w:sz="4" w:space="0" w:color="9BB2C8"/>
              <w:bottom w:val="single" w:sz="4" w:space="0" w:color="9BB2C8"/>
              <w:right w:val="single" w:sz="4" w:space="0" w:color="9BB2C8"/>
            </w:tcBorders>
          </w:tcPr>
          <w:p w14:paraId="1E2077C4" w14:textId="77777777" w:rsidR="00B803EC" w:rsidRDefault="007858D5">
            <w:r>
              <w:rPr>
                <w:sz w:val="16"/>
              </w:rPr>
              <w:t>☐</w:t>
            </w:r>
            <w:r>
              <w:rPr>
                <w:sz w:val="16"/>
              </w:rPr>
              <w:t xml:space="preserve"> Eligible to proceed  ☐ Hold pending information  ☐ Not selected  ☐ Not eligible due to mandatory requirement</w:t>
            </w:r>
          </w:p>
        </w:tc>
      </w:tr>
      <w:tr w:rsidR="00B803EC" w14:paraId="236BDC97" w14:textId="77777777">
        <w:trPr>
          <w:cantSplit/>
          <w:jc w:val="center"/>
        </w:trPr>
        <w:tc>
          <w:tcPr>
            <w:tcW w:w="4320" w:type="dxa"/>
            <w:tcBorders>
              <w:top w:val="single" w:sz="4" w:space="0" w:color="9BB2C8"/>
              <w:left w:val="single" w:sz="4" w:space="0" w:color="9BB2C8"/>
              <w:bottom w:val="single" w:sz="4" w:space="0" w:color="9BB2C8"/>
              <w:right w:val="single" w:sz="4" w:space="0" w:color="9BB2C8"/>
            </w:tcBorders>
          </w:tcPr>
          <w:p w14:paraId="22092BA6" w14:textId="77777777" w:rsidR="00B803EC" w:rsidRDefault="007858D5">
            <w:r>
              <w:rPr>
                <w:sz w:val="16"/>
              </w:rPr>
              <w:t>Reviewer name/signature/date</w:t>
            </w:r>
          </w:p>
        </w:tc>
        <w:tc>
          <w:tcPr>
            <w:tcW w:w="6912" w:type="dxa"/>
            <w:tcBorders>
              <w:top w:val="single" w:sz="4" w:space="0" w:color="9BB2C8"/>
              <w:left w:val="single" w:sz="4" w:space="0" w:color="9BB2C8"/>
              <w:bottom w:val="single" w:sz="4" w:space="0" w:color="9BB2C8"/>
              <w:right w:val="single" w:sz="4" w:space="0" w:color="9BB2C8"/>
            </w:tcBorders>
          </w:tcPr>
          <w:p w14:paraId="54DC5313" w14:textId="77777777" w:rsidR="00B803EC" w:rsidRDefault="007858D5">
            <w:r>
              <w:rPr>
                <w:sz w:val="16"/>
              </w:rPr>
              <w:t>______________________________________________________________________</w:t>
            </w:r>
          </w:p>
        </w:tc>
      </w:tr>
    </w:tbl>
    <w:p w14:paraId="46001C40" w14:textId="77777777" w:rsidR="007858D5" w:rsidRDefault="007858D5"/>
    <w:sectPr w:rsidR="007858D5" w:rsidSect="00034616">
      <w:headerReference w:type="default" r:id="rId8"/>
      <w:footerReference w:type="default" r:id="rId9"/>
      <w:pgSz w:w="12240" w:h="15840"/>
      <w:pgMar w:top="576"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9A1C" w14:textId="77777777" w:rsidR="007858D5" w:rsidRDefault="007858D5">
      <w:pPr>
        <w:spacing w:after="0" w:line="240" w:lineRule="auto"/>
      </w:pPr>
      <w:r>
        <w:separator/>
      </w:r>
    </w:p>
  </w:endnote>
  <w:endnote w:type="continuationSeparator" w:id="0">
    <w:p w14:paraId="37CC8480" w14:textId="77777777" w:rsidR="007858D5" w:rsidRDefault="0078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A17B" w14:textId="77777777" w:rsidR="00B803EC" w:rsidRDefault="007858D5">
    <w:pPr>
      <w:pStyle w:val="Footer"/>
      <w:jc w:val="center"/>
    </w:pPr>
    <w:r>
      <w:rPr>
        <w:color w:val="0B2F63"/>
        <w:sz w:val="14"/>
      </w:rPr>
      <w:t>A Place Meant, Integrated Human Services | Employment / Contractor Application | 402-275-6633 | aplacemeant@gmail.com | Rev. 06/2026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B6FFE" w14:textId="77777777" w:rsidR="007858D5" w:rsidRDefault="007858D5">
      <w:pPr>
        <w:spacing w:after="0" w:line="240" w:lineRule="auto"/>
      </w:pPr>
      <w:r>
        <w:separator/>
      </w:r>
    </w:p>
  </w:footnote>
  <w:footnote w:type="continuationSeparator" w:id="0">
    <w:p w14:paraId="7BFE501A" w14:textId="77777777" w:rsidR="007858D5" w:rsidRDefault="00785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9746" w14:textId="77777777" w:rsidR="00B803EC" w:rsidRDefault="007858D5">
    <w:pPr>
      <w:pStyle w:val="Header"/>
      <w:jc w:val="center"/>
    </w:pPr>
    <w:r>
      <w:rPr>
        <w:noProof/>
      </w:rPr>
      <w:drawing>
        <wp:inline distT="0" distB="0" distL="0" distR="0">
          <wp:extent cx="4160520" cy="1328766"/>
          <wp:effectExtent l="0" t="0" r="0" b="0"/>
          <wp:docPr id="1" name="Picture 1" descr="A Place Meant, Integrated Human Services logo" title="A Place Mea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_final_logo_header_crop.png"/>
                  <pic:cNvPicPr/>
                </pic:nvPicPr>
                <pic:blipFill>
                  <a:blip r:embed="rId1"/>
                  <a:stretch>
                    <a:fillRect/>
                  </a:stretch>
                </pic:blipFill>
                <pic:spPr>
                  <a:xfrm>
                    <a:off x="0" y="0"/>
                    <a:ext cx="4160520" cy="13287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4723824">
    <w:abstractNumId w:val="8"/>
  </w:num>
  <w:num w:numId="2" w16cid:durableId="1091436864">
    <w:abstractNumId w:val="6"/>
  </w:num>
  <w:num w:numId="3" w16cid:durableId="1579635515">
    <w:abstractNumId w:val="5"/>
  </w:num>
  <w:num w:numId="4" w16cid:durableId="1512064534">
    <w:abstractNumId w:val="4"/>
  </w:num>
  <w:num w:numId="5" w16cid:durableId="1462458414">
    <w:abstractNumId w:val="7"/>
  </w:num>
  <w:num w:numId="6" w16cid:durableId="730078891">
    <w:abstractNumId w:val="3"/>
  </w:num>
  <w:num w:numId="7" w16cid:durableId="1756707752">
    <w:abstractNumId w:val="2"/>
  </w:num>
  <w:num w:numId="8" w16cid:durableId="978343874">
    <w:abstractNumId w:val="1"/>
  </w:num>
  <w:num w:numId="9" w16cid:durableId="635255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E03"/>
    <w:rsid w:val="0015074B"/>
    <w:rsid w:val="0029639D"/>
    <w:rsid w:val="00326F90"/>
    <w:rsid w:val="007858D5"/>
    <w:rsid w:val="00AA1D8D"/>
    <w:rsid w:val="00B47730"/>
    <w:rsid w:val="00B803EC"/>
    <w:rsid w:val="00B946F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FFEB68B-83C4-49D9-81A9-71AB2197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2454</Words>
  <Characters>13990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Place Meant Employment / Contractor Application</dc:title>
  <dc:subject>ADA-safer employment and contractor application draft</dc:subject>
  <dc:creator>A Place Meant</dc:creator>
  <cp:keywords>employment application, contractor application, ADA, reasonable accommodation, A Place Meant</cp:keywords>
  <dc:description>generated by python-docx</dc:description>
  <cp:lastModifiedBy>Felicia Frezell</cp:lastModifiedBy>
  <cp:revision>2</cp:revision>
  <dcterms:created xsi:type="dcterms:W3CDTF">2026-06-26T20:23:00Z</dcterms:created>
  <dcterms:modified xsi:type="dcterms:W3CDTF">2026-06-26T20:23:00Z</dcterms:modified>
  <cp:category/>
</cp:coreProperties>
</file>